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17E34" w14:textId="5AA40A52" w:rsidR="0013034D" w:rsidRPr="0045031A" w:rsidRDefault="00D06FB6" w:rsidP="006317F6">
      <w:pPr>
        <w:pStyle w:val="Heading1"/>
        <w:pBdr>
          <w:bottom w:val="single" w:sz="18" w:space="1" w:color="auto"/>
        </w:pBdr>
        <w:spacing w:before="0" w:after="240" w:line="360" w:lineRule="auto"/>
        <w:jc w:val="center"/>
        <w:rPr>
          <w:rFonts w:cs="Segoe UI"/>
          <w:color w:val="000000" w:themeColor="text1"/>
        </w:rPr>
      </w:pPr>
      <w:r w:rsidRPr="0045031A">
        <w:rPr>
          <w:rFonts w:cs="Segoe UI"/>
          <w:color w:val="000000" w:themeColor="text1"/>
        </w:rPr>
        <w:t xml:space="preserve">MINUTES OF </w:t>
      </w:r>
      <w:r w:rsidR="00DD3EA8">
        <w:rPr>
          <w:rFonts w:cs="Segoe UI"/>
          <w:color w:val="000000" w:themeColor="text1"/>
        </w:rPr>
        <w:t>JU</w:t>
      </w:r>
      <w:r w:rsidR="00924FEB">
        <w:rPr>
          <w:rFonts w:cs="Segoe UI"/>
          <w:color w:val="000000" w:themeColor="text1"/>
        </w:rPr>
        <w:t>LY</w:t>
      </w:r>
      <w:r w:rsidR="005C781E">
        <w:rPr>
          <w:rFonts w:cs="Segoe UI"/>
          <w:color w:val="000000" w:themeColor="text1"/>
        </w:rPr>
        <w:t xml:space="preserve"> </w:t>
      </w:r>
      <w:r w:rsidR="00924FEB">
        <w:rPr>
          <w:rFonts w:cs="Segoe UI"/>
          <w:color w:val="000000" w:themeColor="text1"/>
        </w:rPr>
        <w:t>6</w:t>
      </w:r>
      <w:r w:rsidR="00FA3E33">
        <w:rPr>
          <w:rFonts w:cs="Segoe UI"/>
          <w:color w:val="000000" w:themeColor="text1"/>
        </w:rPr>
        <w:t xml:space="preserve">, </w:t>
      </w:r>
      <w:proofErr w:type="gramStart"/>
      <w:r w:rsidR="00FA3E33">
        <w:rPr>
          <w:rFonts w:cs="Segoe UI"/>
          <w:color w:val="000000" w:themeColor="text1"/>
        </w:rPr>
        <w:t>2026</w:t>
      </w:r>
      <w:proofErr w:type="gramEnd"/>
      <w:r w:rsidR="00C310BC" w:rsidRPr="0045031A">
        <w:rPr>
          <w:rFonts w:cs="Segoe UI"/>
          <w:color w:val="000000" w:themeColor="text1"/>
        </w:rPr>
        <w:t xml:space="preserve"> CITY COUNCIL MEETING</w:t>
      </w:r>
    </w:p>
    <w:p w14:paraId="46C00307" w14:textId="7A828E3D" w:rsidR="008C1098" w:rsidRPr="0045031A" w:rsidRDefault="00D06FB6" w:rsidP="006317F6">
      <w:pPr>
        <w:pStyle w:val="Heading2"/>
        <w:spacing w:before="0" w:line="360" w:lineRule="auto"/>
        <w:contextualSpacing/>
      </w:pPr>
      <w:r w:rsidRPr="0045031A">
        <w:t>MEETING INFORMATION</w:t>
      </w:r>
    </w:p>
    <w:p w14:paraId="070A24C5" w14:textId="79467A96" w:rsidR="00D62D26" w:rsidRPr="0045031A" w:rsidRDefault="00B81D85" w:rsidP="006317F6">
      <w:pPr>
        <w:spacing w:after="240" w:line="360" w:lineRule="auto"/>
        <w:rPr>
          <w:rFonts w:cs="Open Sans"/>
          <w:color w:val="000000" w:themeColor="text1"/>
          <w:szCs w:val="24"/>
        </w:rPr>
      </w:pPr>
      <w:r w:rsidRPr="0045031A">
        <w:rPr>
          <w:rFonts w:cs="Open Sans"/>
          <w:color w:val="000000" w:themeColor="text1"/>
          <w:szCs w:val="24"/>
        </w:rPr>
        <w:t xml:space="preserve">A meeting of the City Council of the City of Blue Springs, Missouri, was held on </w:t>
      </w:r>
      <w:r w:rsidR="0083116D">
        <w:rPr>
          <w:rFonts w:cs="Open Sans"/>
          <w:color w:val="000000" w:themeColor="text1"/>
          <w:szCs w:val="24"/>
        </w:rPr>
        <w:t>Mon</w:t>
      </w:r>
      <w:r w:rsidRPr="0045031A">
        <w:rPr>
          <w:rFonts w:cs="Open Sans"/>
          <w:color w:val="000000" w:themeColor="text1"/>
          <w:szCs w:val="24"/>
        </w:rPr>
        <w:t xml:space="preserve">day, </w:t>
      </w:r>
      <w:r w:rsidR="00DD3EA8">
        <w:rPr>
          <w:rFonts w:cs="Open Sans"/>
          <w:color w:val="000000" w:themeColor="text1"/>
          <w:szCs w:val="24"/>
        </w:rPr>
        <w:t>Ju</w:t>
      </w:r>
      <w:r w:rsidR="00924FEB">
        <w:rPr>
          <w:rFonts w:cs="Open Sans"/>
          <w:color w:val="000000" w:themeColor="text1"/>
          <w:szCs w:val="24"/>
        </w:rPr>
        <w:t>ly</w:t>
      </w:r>
      <w:r w:rsidR="005C781E">
        <w:rPr>
          <w:rFonts w:cs="Open Sans"/>
          <w:color w:val="000000" w:themeColor="text1"/>
          <w:szCs w:val="24"/>
        </w:rPr>
        <w:t xml:space="preserve"> </w:t>
      </w:r>
      <w:r w:rsidR="00924FEB">
        <w:rPr>
          <w:rFonts w:cs="Open Sans"/>
          <w:color w:val="000000" w:themeColor="text1"/>
          <w:szCs w:val="24"/>
        </w:rPr>
        <w:t>6</w:t>
      </w:r>
      <w:r w:rsidR="00FA3E33">
        <w:rPr>
          <w:rFonts w:cs="Open Sans"/>
          <w:color w:val="000000" w:themeColor="text1"/>
          <w:szCs w:val="24"/>
        </w:rPr>
        <w:t xml:space="preserve">, </w:t>
      </w:r>
      <w:proofErr w:type="gramStart"/>
      <w:r w:rsidR="00FA3E33">
        <w:rPr>
          <w:rFonts w:cs="Open Sans"/>
          <w:color w:val="000000" w:themeColor="text1"/>
          <w:szCs w:val="24"/>
        </w:rPr>
        <w:t>2026</w:t>
      </w:r>
      <w:proofErr w:type="gramEnd"/>
      <w:r w:rsidR="00FA3E33" w:rsidRPr="0045031A">
        <w:rPr>
          <w:rFonts w:cs="Open Sans"/>
          <w:color w:val="000000" w:themeColor="text1"/>
          <w:szCs w:val="24"/>
        </w:rPr>
        <w:t xml:space="preserve"> </w:t>
      </w:r>
      <w:r w:rsidR="009B5AD5" w:rsidRPr="0045031A">
        <w:rPr>
          <w:rFonts w:cs="Open Sans"/>
          <w:color w:val="000000" w:themeColor="text1"/>
          <w:szCs w:val="24"/>
        </w:rPr>
        <w:t xml:space="preserve">at </w:t>
      </w:r>
      <w:r w:rsidR="00FA3E33">
        <w:rPr>
          <w:rFonts w:cs="Open Sans"/>
          <w:color w:val="000000" w:themeColor="text1"/>
          <w:szCs w:val="24"/>
        </w:rPr>
        <w:t>6:00</w:t>
      </w:r>
      <w:r w:rsidR="00FA3E33" w:rsidRPr="0045031A">
        <w:rPr>
          <w:rFonts w:cs="Open Sans"/>
          <w:color w:val="000000" w:themeColor="text1"/>
          <w:szCs w:val="24"/>
        </w:rPr>
        <w:t xml:space="preserve"> </w:t>
      </w:r>
      <w:r w:rsidRPr="0045031A">
        <w:rPr>
          <w:rFonts w:cs="Open Sans"/>
          <w:color w:val="000000" w:themeColor="text1"/>
          <w:szCs w:val="24"/>
        </w:rPr>
        <w:t>p.m. in the Council Chambers of the Howard L. Brown Public Safety Building, 1100 SW Smith Street, Blue Springs, Missouri with Mayor Chris Lievsay presiding.</w:t>
      </w:r>
    </w:p>
    <w:p w14:paraId="4EF88589" w14:textId="77777777" w:rsidR="009B5AD5" w:rsidRDefault="00EE3C05" w:rsidP="006317F6">
      <w:pPr>
        <w:pStyle w:val="Heading2"/>
        <w:spacing w:before="0" w:line="360" w:lineRule="auto"/>
        <w:contextualSpacing/>
      </w:pPr>
      <w:r w:rsidRPr="0045031A">
        <w:t xml:space="preserve">COUNCIL </w:t>
      </w:r>
      <w:r w:rsidR="000E31BD" w:rsidRPr="0045031A">
        <w:t>ATTENDANCE</w:t>
      </w:r>
    </w:p>
    <w:p w14:paraId="0327F85D" w14:textId="2B2E6271" w:rsidR="00E958A3" w:rsidRDefault="00E958A3" w:rsidP="006317F6">
      <w:pPr>
        <w:spacing w:after="240" w:line="360" w:lineRule="auto"/>
        <w:contextualSpacing/>
      </w:pPr>
      <w:r>
        <w:t>Jerry Kaylor</w:t>
      </w:r>
    </w:p>
    <w:p w14:paraId="4C5D3431" w14:textId="037CA33B" w:rsidR="00E958A3" w:rsidRDefault="00E958A3" w:rsidP="006317F6">
      <w:pPr>
        <w:spacing w:after="240" w:line="360" w:lineRule="auto"/>
        <w:contextualSpacing/>
      </w:pPr>
      <w:r>
        <w:t>Katie Tholen</w:t>
      </w:r>
    </w:p>
    <w:p w14:paraId="0216A04E" w14:textId="4D9CB6FC" w:rsidR="00E958A3" w:rsidRDefault="00E958A3" w:rsidP="006317F6">
      <w:pPr>
        <w:spacing w:after="240" w:line="360" w:lineRule="auto"/>
        <w:contextualSpacing/>
      </w:pPr>
      <w:r>
        <w:t>Nick Brummel</w:t>
      </w:r>
      <w:r w:rsidR="00025950">
        <w:t xml:space="preserve"> </w:t>
      </w:r>
    </w:p>
    <w:p w14:paraId="5AAAFC3D" w14:textId="6CF13D85" w:rsidR="00E958A3" w:rsidRDefault="00E958A3" w:rsidP="006317F6">
      <w:pPr>
        <w:spacing w:after="240" w:line="360" w:lineRule="auto"/>
        <w:contextualSpacing/>
      </w:pPr>
      <w:r>
        <w:t>Galen Ericson</w:t>
      </w:r>
    </w:p>
    <w:p w14:paraId="00785415" w14:textId="5216CB74" w:rsidR="00E958A3" w:rsidRDefault="004922D8" w:rsidP="006317F6">
      <w:pPr>
        <w:spacing w:after="240" w:line="360" w:lineRule="auto"/>
        <w:contextualSpacing/>
      </w:pPr>
      <w:r>
        <w:t>Brian Markworth</w:t>
      </w:r>
    </w:p>
    <w:p w14:paraId="4F266E96" w14:textId="494F2CF3" w:rsidR="00E958A3" w:rsidRPr="00E958A3" w:rsidRDefault="00E958A3" w:rsidP="006317F6">
      <w:pPr>
        <w:spacing w:after="240" w:line="360" w:lineRule="auto"/>
        <w:contextualSpacing/>
      </w:pPr>
      <w:r>
        <w:t>Jeremy Rowan</w:t>
      </w:r>
      <w:r w:rsidR="00FA3E33">
        <w:t xml:space="preserve"> </w:t>
      </w:r>
    </w:p>
    <w:p w14:paraId="5FA579F5" w14:textId="6D602873" w:rsidR="00EE3C05" w:rsidRPr="0045031A" w:rsidRDefault="00EE3C05" w:rsidP="006317F6">
      <w:pPr>
        <w:pStyle w:val="Heading2"/>
        <w:spacing w:before="0" w:line="360" w:lineRule="auto"/>
        <w:contextualSpacing/>
      </w:pPr>
      <w:r w:rsidRPr="0045031A">
        <w:t>STAFF ATTENDANCE</w:t>
      </w:r>
    </w:p>
    <w:p w14:paraId="3ED72050" w14:textId="792E1331" w:rsidR="00EE3C05" w:rsidRPr="0045031A" w:rsidRDefault="00EE3C05" w:rsidP="006317F6">
      <w:pPr>
        <w:spacing w:after="240" w:line="360" w:lineRule="auto"/>
        <w:rPr>
          <w:rFonts w:cs="Open Sans"/>
          <w:color w:val="000000" w:themeColor="text1"/>
          <w:szCs w:val="24"/>
        </w:rPr>
      </w:pPr>
      <w:r w:rsidRPr="0045031A">
        <w:rPr>
          <w:rFonts w:cs="Open Sans"/>
          <w:color w:val="000000" w:themeColor="text1"/>
          <w:szCs w:val="24"/>
        </w:rPr>
        <w:t xml:space="preserve">Also present were </w:t>
      </w:r>
      <w:r w:rsidR="00D94D43">
        <w:rPr>
          <w:rFonts w:cs="Open Sans"/>
          <w:color w:val="000000" w:themeColor="text1"/>
          <w:szCs w:val="24"/>
        </w:rPr>
        <w:t xml:space="preserve">Assistant </w:t>
      </w:r>
      <w:r w:rsidR="00FA3E33">
        <w:rPr>
          <w:rFonts w:cs="Open Sans"/>
          <w:color w:val="000000" w:themeColor="text1"/>
          <w:szCs w:val="24"/>
        </w:rPr>
        <w:t xml:space="preserve">City Administrator </w:t>
      </w:r>
      <w:r w:rsidR="00D94D43">
        <w:rPr>
          <w:rFonts w:cs="Open Sans"/>
          <w:color w:val="000000" w:themeColor="text1"/>
          <w:szCs w:val="24"/>
        </w:rPr>
        <w:t>Dennis Dovel</w:t>
      </w:r>
      <w:r w:rsidR="00FA3E33">
        <w:rPr>
          <w:rFonts w:cs="Open Sans"/>
          <w:color w:val="000000" w:themeColor="text1"/>
          <w:szCs w:val="24"/>
        </w:rPr>
        <w:t xml:space="preserve">, City Attorney Jennifer Baird, and </w:t>
      </w:r>
      <w:r w:rsidR="00702376">
        <w:rPr>
          <w:rFonts w:cs="Open Sans"/>
          <w:color w:val="000000" w:themeColor="text1"/>
          <w:szCs w:val="24"/>
        </w:rPr>
        <w:t>City Clerk</w:t>
      </w:r>
      <w:r w:rsidR="00FA3E33">
        <w:rPr>
          <w:rFonts w:cs="Open Sans"/>
          <w:color w:val="000000" w:themeColor="text1"/>
          <w:szCs w:val="24"/>
        </w:rPr>
        <w:t xml:space="preserve"> </w:t>
      </w:r>
      <w:r w:rsidR="00702376">
        <w:rPr>
          <w:rFonts w:cs="Open Sans"/>
          <w:color w:val="000000" w:themeColor="text1"/>
          <w:szCs w:val="24"/>
        </w:rPr>
        <w:t>Erin Ford</w:t>
      </w:r>
      <w:r w:rsidR="00FA3E33">
        <w:rPr>
          <w:rFonts w:cs="Open Sans"/>
          <w:color w:val="000000" w:themeColor="text1"/>
          <w:szCs w:val="24"/>
        </w:rPr>
        <w:t>.</w:t>
      </w:r>
    </w:p>
    <w:p w14:paraId="6BDA8608" w14:textId="27678C66" w:rsidR="008722A0" w:rsidRPr="0045031A" w:rsidRDefault="008722A0" w:rsidP="006317F6">
      <w:pPr>
        <w:pStyle w:val="Heading2"/>
        <w:spacing w:before="0" w:line="360" w:lineRule="auto"/>
        <w:contextualSpacing/>
      </w:pPr>
      <w:r w:rsidRPr="0045031A">
        <w:t>PLEDGE</w:t>
      </w:r>
    </w:p>
    <w:p w14:paraId="4AEF9CE5" w14:textId="36678D7E" w:rsidR="00EE3C05" w:rsidRPr="0045031A" w:rsidRDefault="001E4543" w:rsidP="006317F6">
      <w:pPr>
        <w:spacing w:after="240" w:line="360" w:lineRule="auto"/>
        <w:rPr>
          <w:rFonts w:cs="Open Sans"/>
          <w:color w:val="000000" w:themeColor="text1"/>
          <w:szCs w:val="24"/>
        </w:rPr>
      </w:pPr>
      <w:r>
        <w:rPr>
          <w:rFonts w:cs="Open Sans"/>
          <w:color w:val="000000" w:themeColor="text1"/>
          <w:szCs w:val="24"/>
        </w:rPr>
        <w:t>Mayor Lievsay</w:t>
      </w:r>
      <w:r w:rsidR="00EE3C05" w:rsidRPr="0045031A">
        <w:rPr>
          <w:rFonts w:cs="Open Sans"/>
          <w:color w:val="000000" w:themeColor="text1"/>
          <w:szCs w:val="24"/>
        </w:rPr>
        <w:t xml:space="preserve"> </w:t>
      </w:r>
      <w:r w:rsidR="00B81D85" w:rsidRPr="0045031A">
        <w:rPr>
          <w:rFonts w:cs="Open Sans"/>
          <w:color w:val="000000" w:themeColor="text1"/>
          <w:szCs w:val="24"/>
        </w:rPr>
        <w:t>led in the pledge of allegiance.</w:t>
      </w:r>
    </w:p>
    <w:p w14:paraId="1C447F4A" w14:textId="7578E740" w:rsidR="008C1098" w:rsidRPr="0045031A" w:rsidRDefault="00D06FB6" w:rsidP="006317F6">
      <w:pPr>
        <w:pStyle w:val="Heading2"/>
        <w:spacing w:before="0" w:line="360" w:lineRule="auto"/>
        <w:contextualSpacing/>
      </w:pPr>
      <w:r w:rsidRPr="0045031A">
        <w:t>CALL MEETING TO ORDER AND CONFIRMATION OF QUORUM</w:t>
      </w:r>
    </w:p>
    <w:p w14:paraId="0AD40AE2" w14:textId="218DAEBE" w:rsidR="008C1098" w:rsidRPr="0045031A" w:rsidRDefault="007E7293" w:rsidP="006317F6">
      <w:pPr>
        <w:spacing w:after="240" w:line="360" w:lineRule="auto"/>
        <w:rPr>
          <w:rFonts w:cs="Open Sans"/>
          <w:color w:val="000000" w:themeColor="text1"/>
          <w:szCs w:val="24"/>
        </w:rPr>
      </w:pPr>
      <w:r>
        <w:rPr>
          <w:rFonts w:cs="Open Sans"/>
          <w:color w:val="000000" w:themeColor="text1"/>
          <w:szCs w:val="24"/>
        </w:rPr>
        <w:t>Mayor Lievsay</w:t>
      </w:r>
      <w:r w:rsidR="00B81D85" w:rsidRPr="0045031A">
        <w:rPr>
          <w:rFonts w:cs="Open Sans"/>
          <w:color w:val="000000" w:themeColor="text1"/>
          <w:szCs w:val="24"/>
        </w:rPr>
        <w:t xml:space="preserve"> called the meeting to order at </w:t>
      </w:r>
      <w:r>
        <w:rPr>
          <w:rFonts w:cs="Open Sans"/>
          <w:color w:val="000000" w:themeColor="text1"/>
          <w:szCs w:val="24"/>
        </w:rPr>
        <w:t>6:</w:t>
      </w:r>
      <w:r w:rsidR="001E4543">
        <w:rPr>
          <w:rFonts w:cs="Open Sans"/>
          <w:color w:val="000000" w:themeColor="text1"/>
          <w:szCs w:val="24"/>
        </w:rPr>
        <w:t>02</w:t>
      </w:r>
      <w:r w:rsidR="00B81D85" w:rsidRPr="0045031A">
        <w:rPr>
          <w:rFonts w:cs="Open Sans"/>
          <w:color w:val="000000" w:themeColor="text1"/>
          <w:szCs w:val="24"/>
        </w:rPr>
        <w:t xml:space="preserve"> p.m. The</w:t>
      </w:r>
      <w:r w:rsidR="00FA3E33">
        <w:rPr>
          <w:rFonts w:cs="Open Sans"/>
          <w:color w:val="000000" w:themeColor="text1"/>
          <w:szCs w:val="24"/>
        </w:rPr>
        <w:t xml:space="preserve"> </w:t>
      </w:r>
      <w:r w:rsidR="00702376">
        <w:rPr>
          <w:rFonts w:cs="Open Sans"/>
          <w:color w:val="000000" w:themeColor="text1"/>
          <w:szCs w:val="24"/>
        </w:rPr>
        <w:t>City Clerk</w:t>
      </w:r>
      <w:r w:rsidR="00FA3E33" w:rsidRPr="0045031A">
        <w:rPr>
          <w:rFonts w:cs="Open Sans"/>
          <w:color w:val="000000" w:themeColor="text1"/>
          <w:szCs w:val="24"/>
        </w:rPr>
        <w:t xml:space="preserve"> </w:t>
      </w:r>
      <w:r w:rsidR="00B81D85" w:rsidRPr="0045031A">
        <w:rPr>
          <w:rFonts w:cs="Open Sans"/>
          <w:color w:val="000000" w:themeColor="text1"/>
          <w:szCs w:val="24"/>
        </w:rPr>
        <w:t>confirmed a quorum of the Council was present.</w:t>
      </w:r>
    </w:p>
    <w:p w14:paraId="24082E4A" w14:textId="258B7E93" w:rsidR="008C1098" w:rsidRPr="0045031A" w:rsidRDefault="009C782C" w:rsidP="006317F6">
      <w:pPr>
        <w:pStyle w:val="Heading2"/>
        <w:spacing w:before="0" w:line="360" w:lineRule="auto"/>
        <w:contextualSpacing/>
      </w:pPr>
      <w:r w:rsidRPr="0045031A">
        <w:lastRenderedPageBreak/>
        <w:t>CONSENT AGENDA</w:t>
      </w:r>
    </w:p>
    <w:p w14:paraId="7BC43FE7" w14:textId="0643ED54" w:rsidR="009E79DD" w:rsidRPr="0045031A" w:rsidRDefault="009E79DD" w:rsidP="00F92038">
      <w:pPr>
        <w:spacing w:after="240" w:line="360" w:lineRule="auto"/>
        <w:rPr>
          <w:rFonts w:cs="Open Sans"/>
          <w:color w:val="000000" w:themeColor="text1"/>
          <w:szCs w:val="24"/>
        </w:rPr>
      </w:pPr>
      <w:r w:rsidRPr="0045031A">
        <w:rPr>
          <w:rFonts w:cs="Open Sans"/>
          <w:color w:val="000000" w:themeColor="text1"/>
          <w:szCs w:val="24"/>
        </w:rPr>
        <w:t xml:space="preserve">Councilmember </w:t>
      </w:r>
      <w:r w:rsidR="001E4543">
        <w:rPr>
          <w:rFonts w:cs="Open Sans"/>
          <w:color w:val="000000" w:themeColor="text1"/>
          <w:szCs w:val="24"/>
        </w:rPr>
        <w:t xml:space="preserve">Kaylor </w:t>
      </w:r>
      <w:r w:rsidRPr="0045031A">
        <w:rPr>
          <w:rFonts w:cs="Open Sans"/>
          <w:color w:val="000000" w:themeColor="text1"/>
          <w:szCs w:val="24"/>
        </w:rPr>
        <w:t xml:space="preserve">moved to approve the Consent </w:t>
      </w:r>
      <w:proofErr w:type="gramStart"/>
      <w:r w:rsidRPr="0045031A">
        <w:rPr>
          <w:rFonts w:cs="Open Sans"/>
          <w:color w:val="000000" w:themeColor="text1"/>
          <w:szCs w:val="24"/>
        </w:rPr>
        <w:t>Agenda</w:t>
      </w:r>
      <w:proofErr w:type="gramEnd"/>
      <w:r w:rsidRPr="0045031A">
        <w:rPr>
          <w:rFonts w:cs="Open Sans"/>
          <w:color w:val="000000" w:themeColor="text1"/>
          <w:szCs w:val="24"/>
        </w:rPr>
        <w:t xml:space="preserve"> and the motion was seconded by Councilmember </w:t>
      </w:r>
      <w:r w:rsidR="001E4543">
        <w:rPr>
          <w:rFonts w:cs="Open Sans"/>
          <w:color w:val="000000" w:themeColor="text1"/>
          <w:szCs w:val="24"/>
        </w:rPr>
        <w:t>Ericson.</w:t>
      </w:r>
      <w:r w:rsidR="00836AD4" w:rsidRPr="0045031A">
        <w:rPr>
          <w:rFonts w:cs="Open Sans"/>
          <w:color w:val="000000" w:themeColor="text1"/>
          <w:szCs w:val="24"/>
        </w:rPr>
        <w:t xml:space="preserve">  </w:t>
      </w:r>
    </w:p>
    <w:p w14:paraId="1004A4A6" w14:textId="6084A168" w:rsidR="00B81D85" w:rsidRPr="0045031A" w:rsidRDefault="00B81D85" w:rsidP="00513F20">
      <w:pPr>
        <w:pStyle w:val="ListParagraph"/>
        <w:numPr>
          <w:ilvl w:val="0"/>
          <w:numId w:val="11"/>
        </w:numPr>
        <w:spacing w:after="240" w:line="360" w:lineRule="auto"/>
        <w:ind w:left="360"/>
        <w:rPr>
          <w:rFonts w:cs="Open Sans"/>
          <w:color w:val="000000" w:themeColor="text1"/>
          <w:szCs w:val="24"/>
        </w:rPr>
      </w:pPr>
      <w:r w:rsidRPr="0045031A">
        <w:rPr>
          <w:rFonts w:cs="Open Sans"/>
          <w:color w:val="000000" w:themeColor="text1"/>
          <w:szCs w:val="24"/>
        </w:rPr>
        <w:t xml:space="preserve">Minutes of </w:t>
      </w:r>
      <w:proofErr w:type="gramStart"/>
      <w:r w:rsidR="004629CD">
        <w:rPr>
          <w:rFonts w:cs="Open Sans"/>
          <w:color w:val="000000" w:themeColor="text1"/>
          <w:szCs w:val="24"/>
        </w:rPr>
        <w:t>the</w:t>
      </w:r>
      <w:r w:rsidR="00D94D43">
        <w:rPr>
          <w:rFonts w:cs="Open Sans"/>
          <w:color w:val="000000" w:themeColor="text1"/>
          <w:szCs w:val="24"/>
        </w:rPr>
        <w:t xml:space="preserve"> June</w:t>
      </w:r>
      <w:proofErr w:type="gramEnd"/>
      <w:r w:rsidR="00D94D43">
        <w:rPr>
          <w:rFonts w:cs="Open Sans"/>
          <w:color w:val="000000" w:themeColor="text1"/>
          <w:szCs w:val="24"/>
        </w:rPr>
        <w:t xml:space="preserve"> 15, </w:t>
      </w:r>
      <w:proofErr w:type="gramStart"/>
      <w:r w:rsidR="00D94D43">
        <w:rPr>
          <w:rFonts w:cs="Open Sans"/>
          <w:color w:val="000000" w:themeColor="text1"/>
          <w:szCs w:val="24"/>
        </w:rPr>
        <w:t>2026</w:t>
      </w:r>
      <w:proofErr w:type="gramEnd"/>
      <w:r w:rsidR="00FA3E33" w:rsidRPr="0045031A">
        <w:rPr>
          <w:rFonts w:cs="Open Sans"/>
          <w:color w:val="000000" w:themeColor="text1"/>
          <w:szCs w:val="24"/>
        </w:rPr>
        <w:t xml:space="preserve"> </w:t>
      </w:r>
      <w:r w:rsidRPr="0045031A">
        <w:rPr>
          <w:rFonts w:cs="Open Sans"/>
          <w:color w:val="000000" w:themeColor="text1"/>
          <w:szCs w:val="24"/>
        </w:rPr>
        <w:t>City Council Meeting</w:t>
      </w:r>
      <w:r w:rsidR="00D94D43">
        <w:rPr>
          <w:rFonts w:cs="Open Sans"/>
          <w:color w:val="000000" w:themeColor="text1"/>
          <w:szCs w:val="24"/>
        </w:rPr>
        <w:t xml:space="preserve"> and June 29, </w:t>
      </w:r>
      <w:proofErr w:type="gramStart"/>
      <w:r w:rsidR="00D94D43">
        <w:rPr>
          <w:rFonts w:cs="Open Sans"/>
          <w:color w:val="000000" w:themeColor="text1"/>
          <w:szCs w:val="24"/>
        </w:rPr>
        <w:t>2026</w:t>
      </w:r>
      <w:proofErr w:type="gramEnd"/>
      <w:r w:rsidR="00D94D43">
        <w:rPr>
          <w:rFonts w:cs="Open Sans"/>
          <w:color w:val="000000" w:themeColor="text1"/>
          <w:szCs w:val="24"/>
        </w:rPr>
        <w:t xml:space="preserve"> City Council Work Session</w:t>
      </w:r>
    </w:p>
    <w:p w14:paraId="35AFC4E4" w14:textId="02E0742C" w:rsidR="00A16EAB" w:rsidRPr="00D94D43" w:rsidRDefault="00B81D85" w:rsidP="00513F20">
      <w:pPr>
        <w:pStyle w:val="ListParagraph"/>
        <w:numPr>
          <w:ilvl w:val="0"/>
          <w:numId w:val="11"/>
        </w:numPr>
        <w:spacing w:after="240" w:line="360" w:lineRule="auto"/>
        <w:ind w:left="360"/>
        <w:rPr>
          <w:rFonts w:cs="Open Sans"/>
          <w:color w:val="000000" w:themeColor="text1"/>
          <w:szCs w:val="24"/>
        </w:rPr>
      </w:pPr>
      <w:r w:rsidRPr="0045031A">
        <w:rPr>
          <w:rFonts w:cs="Open Sans"/>
          <w:b/>
          <w:color w:val="000000" w:themeColor="text1"/>
          <w:szCs w:val="24"/>
        </w:rPr>
        <w:t xml:space="preserve">Resolution No. </w:t>
      </w:r>
      <w:r w:rsidR="00FA3E33">
        <w:rPr>
          <w:rFonts w:cs="Open Sans"/>
          <w:b/>
          <w:color w:val="000000" w:themeColor="text1"/>
          <w:szCs w:val="24"/>
        </w:rPr>
        <w:t>0</w:t>
      </w:r>
      <w:r w:rsidR="00DD3EA8">
        <w:rPr>
          <w:rFonts w:cs="Open Sans"/>
          <w:b/>
          <w:color w:val="000000" w:themeColor="text1"/>
          <w:szCs w:val="24"/>
        </w:rPr>
        <w:t>4</w:t>
      </w:r>
      <w:r w:rsidR="00D94D43">
        <w:rPr>
          <w:rFonts w:cs="Open Sans"/>
          <w:b/>
          <w:color w:val="000000" w:themeColor="text1"/>
          <w:szCs w:val="24"/>
        </w:rPr>
        <w:t>9</w:t>
      </w:r>
      <w:r w:rsidRPr="0045031A">
        <w:rPr>
          <w:rFonts w:cs="Open Sans"/>
          <w:b/>
          <w:color w:val="000000" w:themeColor="text1"/>
          <w:szCs w:val="24"/>
        </w:rPr>
        <w:t>-20</w:t>
      </w:r>
      <w:r w:rsidR="00FA3E33">
        <w:rPr>
          <w:rFonts w:cs="Open Sans"/>
          <w:b/>
          <w:color w:val="000000" w:themeColor="text1"/>
          <w:szCs w:val="24"/>
        </w:rPr>
        <w:t>26</w:t>
      </w:r>
      <w:r w:rsidR="007C5E75">
        <w:rPr>
          <w:rFonts w:cs="Open Sans"/>
          <w:b/>
          <w:color w:val="000000" w:themeColor="text1"/>
          <w:szCs w:val="24"/>
        </w:rPr>
        <w:t xml:space="preserve"> </w:t>
      </w:r>
      <w:r w:rsidR="007C5E75">
        <w:t xml:space="preserve">approving </w:t>
      </w:r>
      <w:r w:rsidR="007C5E75" w:rsidRPr="00F46A5F">
        <w:rPr>
          <w:rFonts w:cs="Segoe UI"/>
          <w:bCs/>
          <w:color w:val="000000" w:themeColor="text1"/>
        </w:rPr>
        <w:t>the disposition of Information Technology</w:t>
      </w:r>
      <w:r w:rsidR="00592C20">
        <w:rPr>
          <w:rFonts w:cs="Segoe UI"/>
          <w:bCs/>
          <w:color w:val="000000" w:themeColor="text1"/>
        </w:rPr>
        <w:t xml:space="preserve"> department</w:t>
      </w:r>
      <w:r w:rsidR="007C5E75" w:rsidRPr="00F46A5F">
        <w:rPr>
          <w:rFonts w:cs="Segoe UI"/>
          <w:bCs/>
          <w:color w:val="000000" w:themeColor="text1"/>
        </w:rPr>
        <w:t xml:space="preserve"> records which have met the required retention period as prescribed by the Blue Springs Records Retention, Management, and Destruction Policy dated November 28, 2016, and in accordance with the Missouri Secretary of State’s records retention guidelines</w:t>
      </w:r>
      <w:r w:rsidR="0083116D" w:rsidRPr="00F46A5F">
        <w:rPr>
          <w:rFonts w:cs="Segoe UI"/>
          <w:bCs/>
          <w:color w:val="000000" w:themeColor="text1"/>
        </w:rPr>
        <w:t>.</w:t>
      </w:r>
    </w:p>
    <w:p w14:paraId="66A99CC4" w14:textId="3726B597" w:rsidR="00D94D43" w:rsidRPr="00B571FB" w:rsidRDefault="00D94D43" w:rsidP="00513F20">
      <w:pPr>
        <w:pStyle w:val="ListParagraph"/>
        <w:numPr>
          <w:ilvl w:val="0"/>
          <w:numId w:val="11"/>
        </w:numPr>
        <w:spacing w:after="240" w:line="360" w:lineRule="auto"/>
        <w:ind w:left="360"/>
        <w:rPr>
          <w:rFonts w:cs="Open Sans"/>
          <w:color w:val="000000" w:themeColor="text1"/>
          <w:szCs w:val="24"/>
        </w:rPr>
      </w:pPr>
      <w:r>
        <w:rPr>
          <w:rFonts w:cs="Open Sans"/>
          <w:b/>
          <w:color w:val="000000" w:themeColor="text1"/>
          <w:szCs w:val="24"/>
        </w:rPr>
        <w:t xml:space="preserve">Liquor License </w:t>
      </w:r>
      <w:r w:rsidR="00E72D75">
        <w:rPr>
          <w:rFonts w:cs="Open Sans"/>
          <w:b/>
          <w:color w:val="000000" w:themeColor="text1"/>
          <w:szCs w:val="24"/>
        </w:rPr>
        <w:t xml:space="preserve">for The Keg on Main dba The Keg </w:t>
      </w:r>
      <w:r w:rsidR="00E72D75">
        <w:rPr>
          <w:rFonts w:cs="Open Sans"/>
          <w:bCs/>
          <w:color w:val="000000" w:themeColor="text1"/>
          <w:szCs w:val="24"/>
        </w:rPr>
        <w:t xml:space="preserve">located at 1123 </w:t>
      </w:r>
      <w:r w:rsidR="00E72D75" w:rsidRPr="00E72D75">
        <w:rPr>
          <w:rFonts w:cs="Open Sans"/>
          <w:bCs/>
          <w:color w:val="000000" w:themeColor="text1"/>
          <w:szCs w:val="24"/>
        </w:rPr>
        <w:t>W Main St, Blue Springs, MO 64015 to sell intoxicating liquors in the original package for consumption on the premises (weekdays only) and Sunday Sales.</w:t>
      </w:r>
    </w:p>
    <w:p w14:paraId="22ED4A9A" w14:textId="465F4317" w:rsidR="00FA3E33" w:rsidRPr="00DD3EA8" w:rsidRDefault="00FA3E33" w:rsidP="00513F20">
      <w:pPr>
        <w:pStyle w:val="ListParagraph"/>
        <w:numPr>
          <w:ilvl w:val="0"/>
          <w:numId w:val="11"/>
        </w:numPr>
        <w:spacing w:after="240" w:line="360" w:lineRule="auto"/>
        <w:ind w:left="360"/>
        <w:rPr>
          <w:rFonts w:cs="Open Sans"/>
          <w:color w:val="000000" w:themeColor="text1"/>
          <w:szCs w:val="24"/>
        </w:rPr>
      </w:pPr>
      <w:r>
        <w:rPr>
          <w:rFonts w:cs="Open Sans"/>
          <w:b/>
          <w:color w:val="000000" w:themeColor="text1"/>
          <w:szCs w:val="24"/>
        </w:rPr>
        <w:t>Resolution No. 0</w:t>
      </w:r>
      <w:r w:rsidR="00D94D43">
        <w:rPr>
          <w:rFonts w:cs="Open Sans"/>
          <w:b/>
          <w:color w:val="000000" w:themeColor="text1"/>
          <w:szCs w:val="24"/>
        </w:rPr>
        <w:t>50</w:t>
      </w:r>
      <w:r>
        <w:rPr>
          <w:rFonts w:cs="Open Sans"/>
          <w:b/>
          <w:color w:val="000000" w:themeColor="text1"/>
          <w:szCs w:val="24"/>
        </w:rPr>
        <w:t>-2026</w:t>
      </w:r>
      <w:r w:rsidR="00090EF3">
        <w:rPr>
          <w:rFonts w:cs="Open Sans"/>
          <w:b/>
          <w:color w:val="000000" w:themeColor="text1"/>
          <w:szCs w:val="24"/>
        </w:rPr>
        <w:t xml:space="preserve"> </w:t>
      </w:r>
      <w:r w:rsidR="00592C20" w:rsidRPr="00592C20">
        <w:rPr>
          <w:rFonts w:cs="Open Sans"/>
          <w:bCs/>
          <w:color w:val="000000" w:themeColor="text1"/>
          <w:szCs w:val="24"/>
        </w:rPr>
        <w:t xml:space="preserve">approving </w:t>
      </w:r>
      <w:r w:rsidR="0038293A" w:rsidRPr="0038293A">
        <w:rPr>
          <w:rFonts w:cs="Open Sans"/>
          <w:bCs/>
          <w:color w:val="000000" w:themeColor="text1"/>
          <w:szCs w:val="24"/>
        </w:rPr>
        <w:t xml:space="preserve">a contract in the amount of $187,460.00 with Gray’s Excavating, LLC for the Main St. watermain replacement from 15th to 19th Street. </w:t>
      </w:r>
    </w:p>
    <w:p w14:paraId="5D5C45D0" w14:textId="37865CA3" w:rsidR="00DD3EA8" w:rsidRPr="00DD3EA8" w:rsidRDefault="00DD3EA8" w:rsidP="00DD3EA8">
      <w:pPr>
        <w:pStyle w:val="ListParagraph"/>
        <w:numPr>
          <w:ilvl w:val="0"/>
          <w:numId w:val="11"/>
        </w:numPr>
        <w:spacing w:after="240" w:line="360" w:lineRule="auto"/>
        <w:ind w:left="360"/>
        <w:rPr>
          <w:rFonts w:cs="Open Sans"/>
          <w:color w:val="000000" w:themeColor="text1"/>
          <w:szCs w:val="24"/>
        </w:rPr>
      </w:pPr>
      <w:r>
        <w:rPr>
          <w:rFonts w:cs="Open Sans"/>
          <w:b/>
          <w:color w:val="000000" w:themeColor="text1"/>
          <w:szCs w:val="24"/>
        </w:rPr>
        <w:t>Resolution No. 0</w:t>
      </w:r>
      <w:r w:rsidR="00D94D43">
        <w:rPr>
          <w:rFonts w:cs="Open Sans"/>
          <w:b/>
          <w:color w:val="000000" w:themeColor="text1"/>
          <w:szCs w:val="24"/>
        </w:rPr>
        <w:t>51</w:t>
      </w:r>
      <w:r>
        <w:rPr>
          <w:rFonts w:cs="Open Sans"/>
          <w:b/>
          <w:color w:val="000000" w:themeColor="text1"/>
          <w:szCs w:val="24"/>
        </w:rPr>
        <w:t xml:space="preserve">-2026 </w:t>
      </w:r>
      <w:r w:rsidR="0038293A" w:rsidRPr="0038293A">
        <w:rPr>
          <w:rFonts w:cs="Open Sans"/>
          <w:bCs/>
          <w:color w:val="000000" w:themeColor="text1"/>
          <w:szCs w:val="24"/>
        </w:rPr>
        <w:t>approving a contract in the amount of $819,440.00 with SC Engineering LLC dba Cochran, for the Lead Service Line Project</w:t>
      </w:r>
      <w:r w:rsidRPr="136DB389">
        <w:rPr>
          <w:color w:val="000000" w:themeColor="text1"/>
        </w:rPr>
        <w:t>.</w:t>
      </w:r>
    </w:p>
    <w:p w14:paraId="37EF2F81" w14:textId="2EFD09A4" w:rsidR="00DD3EA8" w:rsidRDefault="0038293A" w:rsidP="0038293A">
      <w:pPr>
        <w:pStyle w:val="ListParagraph"/>
        <w:numPr>
          <w:ilvl w:val="0"/>
          <w:numId w:val="11"/>
        </w:numPr>
        <w:spacing w:after="0" w:line="360" w:lineRule="auto"/>
        <w:ind w:left="360"/>
        <w:rPr>
          <w:rFonts w:cs="Open Sans"/>
          <w:bCs/>
          <w:color w:val="000000" w:themeColor="text1"/>
          <w:szCs w:val="24"/>
        </w:rPr>
      </w:pPr>
      <w:r>
        <w:rPr>
          <w:rFonts w:cs="Open Sans"/>
          <w:bCs/>
          <w:color w:val="000000" w:themeColor="text1"/>
          <w:szCs w:val="24"/>
        </w:rPr>
        <w:t>Board and Commission Appointments</w:t>
      </w:r>
    </w:p>
    <w:p w14:paraId="58A41013" w14:textId="77777777" w:rsidR="0038293A" w:rsidRDefault="0038293A" w:rsidP="0038293A">
      <w:pPr>
        <w:spacing w:after="0" w:line="360" w:lineRule="auto"/>
        <w:ind w:firstLine="360"/>
        <w:contextualSpacing/>
      </w:pPr>
      <w:r>
        <w:t>Board of Adjustment</w:t>
      </w:r>
    </w:p>
    <w:p w14:paraId="29099C12" w14:textId="77777777" w:rsidR="0038293A" w:rsidRDefault="0038293A" w:rsidP="0038293A">
      <w:pPr>
        <w:pStyle w:val="ListParagraph"/>
        <w:spacing w:after="0" w:line="360" w:lineRule="auto"/>
      </w:pPr>
      <w:r>
        <w:t>Adriane Handy, Member, Term expires May 2031, New appointment</w:t>
      </w:r>
    </w:p>
    <w:p w14:paraId="70B52472" w14:textId="77777777" w:rsidR="0038293A" w:rsidRDefault="0038293A" w:rsidP="0038293A">
      <w:pPr>
        <w:pStyle w:val="ListParagraph"/>
        <w:spacing w:after="0" w:line="360" w:lineRule="auto"/>
      </w:pPr>
      <w:r>
        <w:t>Mary Jo Goettling, Member, Term expires May 2030, New appointment</w:t>
      </w:r>
    </w:p>
    <w:p w14:paraId="7044154F" w14:textId="77777777" w:rsidR="0038293A" w:rsidRDefault="0038293A" w:rsidP="0038293A">
      <w:pPr>
        <w:pStyle w:val="ListParagraph"/>
        <w:spacing w:after="0" w:line="360" w:lineRule="auto"/>
      </w:pPr>
      <w:r>
        <w:t>Matthew John</w:t>
      </w:r>
      <w:r w:rsidRPr="00917245">
        <w:t>ston, Alternate Member 1, Term</w:t>
      </w:r>
      <w:r>
        <w:t xml:space="preserve"> expires May 2031, New appointment</w:t>
      </w:r>
    </w:p>
    <w:p w14:paraId="7EF2671D" w14:textId="77777777" w:rsidR="0038293A" w:rsidRDefault="0038293A" w:rsidP="0038293A">
      <w:pPr>
        <w:spacing w:after="0" w:line="360" w:lineRule="auto"/>
        <w:ind w:firstLine="360"/>
        <w:contextualSpacing/>
      </w:pPr>
      <w:r>
        <w:t>Community Development Block Grant Advisory Committee</w:t>
      </w:r>
    </w:p>
    <w:p w14:paraId="346AC7A3" w14:textId="77777777" w:rsidR="0038293A" w:rsidRDefault="0038293A" w:rsidP="0038293A">
      <w:pPr>
        <w:pStyle w:val="ListParagraph"/>
        <w:widowControl w:val="0"/>
        <w:spacing w:after="0" w:line="360" w:lineRule="auto"/>
      </w:pPr>
      <w:r>
        <w:t>Ken Horrell: Chair, Term expires May 2027, Reappointment</w:t>
      </w:r>
    </w:p>
    <w:p w14:paraId="7F7974AE" w14:textId="77777777" w:rsidR="0038293A" w:rsidRDefault="0038293A" w:rsidP="0038293A">
      <w:pPr>
        <w:pStyle w:val="ListParagraph"/>
        <w:widowControl w:val="0"/>
        <w:spacing w:after="0" w:line="360" w:lineRule="auto"/>
      </w:pPr>
      <w:r>
        <w:lastRenderedPageBreak/>
        <w:t>Ken Horrell: Park Commission Representative, Term expires May 2027, Reappointment</w:t>
      </w:r>
    </w:p>
    <w:p w14:paraId="717E2773" w14:textId="77777777" w:rsidR="0038293A" w:rsidRDefault="0038293A" w:rsidP="0038293A">
      <w:pPr>
        <w:pStyle w:val="ListParagraph"/>
        <w:widowControl w:val="0"/>
        <w:spacing w:after="0" w:line="360" w:lineRule="auto"/>
      </w:pPr>
      <w:r>
        <w:t>Lyle Shaver, Downtown Alive Representative: Term expires May 2027, Reappointment</w:t>
      </w:r>
    </w:p>
    <w:p w14:paraId="0FBC6AE1" w14:textId="77777777" w:rsidR="0038293A" w:rsidRDefault="0038293A" w:rsidP="0038293A">
      <w:pPr>
        <w:pStyle w:val="ListParagraph"/>
        <w:widowControl w:val="0"/>
        <w:spacing w:after="0" w:line="360" w:lineRule="auto"/>
      </w:pPr>
      <w:r>
        <w:t>Chris Henning, Planning Commission Representative, Term expires May 2027, New Appointment</w:t>
      </w:r>
    </w:p>
    <w:p w14:paraId="4A5CF635" w14:textId="77777777" w:rsidR="0038293A" w:rsidRDefault="0038293A" w:rsidP="0038293A">
      <w:pPr>
        <w:pStyle w:val="ListParagraph"/>
        <w:spacing w:after="0" w:line="360" w:lineRule="auto"/>
      </w:pPr>
      <w:r>
        <w:t>Adriane Handy: Community Member, Term expires May 2027, New Appointment</w:t>
      </w:r>
    </w:p>
    <w:p w14:paraId="6B5E1922" w14:textId="77777777" w:rsidR="0038293A" w:rsidRDefault="0038293A" w:rsidP="0038293A">
      <w:pPr>
        <w:spacing w:after="0" w:line="360" w:lineRule="auto"/>
        <w:ind w:left="360"/>
        <w:contextualSpacing/>
      </w:pPr>
      <w:r>
        <w:t>Development Advisory Committee</w:t>
      </w:r>
    </w:p>
    <w:p w14:paraId="13F70AF1" w14:textId="77777777" w:rsidR="0038293A" w:rsidRDefault="0038293A" w:rsidP="0038293A">
      <w:pPr>
        <w:pStyle w:val="ListParagraph"/>
        <w:spacing w:after="0" w:line="360" w:lineRule="auto"/>
      </w:pPr>
      <w:r>
        <w:t xml:space="preserve">Ighodalo </w:t>
      </w:r>
      <w:proofErr w:type="spellStart"/>
      <w:r>
        <w:t>Ifada</w:t>
      </w:r>
      <w:proofErr w:type="spellEnd"/>
      <w:r>
        <w:t>, Building Industry 2, Term expires May 2029, New Appointment</w:t>
      </w:r>
    </w:p>
    <w:p w14:paraId="076B6E16" w14:textId="77777777" w:rsidR="0038293A" w:rsidRDefault="0038293A" w:rsidP="0038293A">
      <w:pPr>
        <w:widowControl w:val="0"/>
        <w:spacing w:after="0" w:line="360" w:lineRule="auto"/>
        <w:ind w:firstLine="360"/>
        <w:contextualSpacing/>
      </w:pPr>
      <w:r>
        <w:t>Park Commission</w:t>
      </w:r>
    </w:p>
    <w:p w14:paraId="3F6AEDC0" w14:textId="77777777" w:rsidR="0038293A" w:rsidRDefault="0038293A" w:rsidP="0038293A">
      <w:pPr>
        <w:pStyle w:val="ListParagraph"/>
        <w:widowControl w:val="0"/>
        <w:spacing w:after="0" w:line="360" w:lineRule="auto"/>
      </w:pPr>
      <w:r>
        <w:t>Carman Booker, Member, Term expires May 2029, New Appointment</w:t>
      </w:r>
    </w:p>
    <w:p w14:paraId="042FBB97" w14:textId="77777777" w:rsidR="0038293A" w:rsidRDefault="0038293A" w:rsidP="0038293A">
      <w:pPr>
        <w:pStyle w:val="ListParagraph"/>
        <w:widowControl w:val="0"/>
        <w:spacing w:after="0" w:line="360" w:lineRule="auto"/>
      </w:pPr>
      <w:r>
        <w:t>Randy Cooper, Member, Term expires May 2027, New Appointment</w:t>
      </w:r>
    </w:p>
    <w:p w14:paraId="363C455B" w14:textId="77777777" w:rsidR="0038293A" w:rsidRDefault="0038293A" w:rsidP="0038293A">
      <w:pPr>
        <w:widowControl w:val="0"/>
        <w:spacing w:after="0" w:line="360" w:lineRule="auto"/>
        <w:ind w:left="360"/>
        <w:contextualSpacing/>
      </w:pPr>
      <w:r>
        <w:t>Public Safety Citizens’ Advisory Board</w:t>
      </w:r>
    </w:p>
    <w:p w14:paraId="413D820F" w14:textId="77777777" w:rsidR="0038293A" w:rsidRDefault="0038293A" w:rsidP="0038293A">
      <w:pPr>
        <w:pStyle w:val="ListParagraph"/>
        <w:widowControl w:val="0"/>
        <w:spacing w:after="0" w:line="360" w:lineRule="auto"/>
      </w:pPr>
      <w:r>
        <w:t>Matt Calhoun</w:t>
      </w:r>
      <w:r w:rsidRPr="009A1639">
        <w:t>, Chair, T</w:t>
      </w:r>
      <w:r>
        <w:t>erm expires May 2027, Reappointment</w:t>
      </w:r>
    </w:p>
    <w:p w14:paraId="6F8837CF" w14:textId="6FB356A8" w:rsidR="0038293A" w:rsidRPr="0038293A" w:rsidRDefault="0038293A" w:rsidP="0038293A">
      <w:pPr>
        <w:pStyle w:val="ListParagraph"/>
        <w:spacing w:after="0" w:line="360" w:lineRule="auto"/>
        <w:ind w:left="360" w:firstLine="360"/>
        <w:rPr>
          <w:rFonts w:cs="Open Sans"/>
          <w:bCs/>
          <w:color w:val="000000" w:themeColor="text1"/>
          <w:szCs w:val="24"/>
        </w:rPr>
      </w:pPr>
      <w:r>
        <w:t>Matt Calhoun, Member, Term expires May 2028, Reappointment</w:t>
      </w:r>
    </w:p>
    <w:p w14:paraId="7C0EA54E" w14:textId="4FF8A87F" w:rsidR="00DD3EA8" w:rsidRPr="0038293A" w:rsidRDefault="0038293A" w:rsidP="0038293A">
      <w:pPr>
        <w:pStyle w:val="ListParagraph"/>
        <w:numPr>
          <w:ilvl w:val="0"/>
          <w:numId w:val="11"/>
        </w:numPr>
        <w:spacing w:after="0" w:line="360" w:lineRule="auto"/>
        <w:ind w:left="360"/>
        <w:rPr>
          <w:rFonts w:cs="Open Sans"/>
          <w:color w:val="000000" w:themeColor="text1"/>
          <w:szCs w:val="24"/>
        </w:rPr>
      </w:pPr>
      <w:r>
        <w:rPr>
          <w:rFonts w:cs="Open Sans"/>
          <w:bCs/>
          <w:color w:val="000000" w:themeColor="text1"/>
          <w:szCs w:val="24"/>
        </w:rPr>
        <w:t>Council Liaison Appointments</w:t>
      </w:r>
    </w:p>
    <w:p w14:paraId="1A799A1C" w14:textId="77777777" w:rsidR="0038293A" w:rsidRDefault="0038293A" w:rsidP="0038293A">
      <w:pPr>
        <w:widowControl w:val="0"/>
        <w:spacing w:after="0" w:line="360" w:lineRule="auto"/>
        <w:ind w:firstLine="360"/>
        <w:contextualSpacing/>
      </w:pPr>
      <w:r w:rsidRPr="003957CC">
        <w:rPr>
          <w:rFonts w:cs="Arial"/>
        </w:rPr>
        <w:t>The City of Blue Springs and Blue Springs School District Joint Committee</w:t>
      </w:r>
      <w:r>
        <w:t>:</w:t>
      </w:r>
    </w:p>
    <w:p w14:paraId="4619F5B2" w14:textId="77777777" w:rsidR="0038293A" w:rsidRDefault="0038293A" w:rsidP="0038293A">
      <w:pPr>
        <w:pStyle w:val="ListParagraph"/>
        <w:widowControl w:val="0"/>
        <w:spacing w:after="0" w:line="360" w:lineRule="auto"/>
      </w:pPr>
      <w:r>
        <w:t>District 1 Councilmember Galen Ericson</w:t>
      </w:r>
    </w:p>
    <w:p w14:paraId="6CF3791D" w14:textId="77777777" w:rsidR="0038293A" w:rsidRDefault="0038293A" w:rsidP="0038293A">
      <w:pPr>
        <w:pStyle w:val="ListParagraph"/>
        <w:widowControl w:val="0"/>
        <w:spacing w:after="0" w:line="360" w:lineRule="auto"/>
      </w:pPr>
      <w:r>
        <w:t>District 2 Councilmember Katie Tholen</w:t>
      </w:r>
    </w:p>
    <w:p w14:paraId="6A60B12A" w14:textId="5C765A63" w:rsidR="0038293A" w:rsidRPr="0038293A" w:rsidRDefault="0038293A" w:rsidP="0038293A">
      <w:pPr>
        <w:pStyle w:val="ListParagraph"/>
        <w:widowControl w:val="0"/>
        <w:spacing w:after="240" w:line="360" w:lineRule="auto"/>
      </w:pPr>
      <w:r>
        <w:t>District 3 Councilmember Nick Brummel</w:t>
      </w:r>
    </w:p>
    <w:p w14:paraId="2EFF0287" w14:textId="19D7DBC2" w:rsidR="005E6F5E" w:rsidRDefault="005E6F5E" w:rsidP="006317F6">
      <w:pPr>
        <w:spacing w:after="240" w:line="360" w:lineRule="auto"/>
        <w:rPr>
          <w:rFonts w:cs="Open Sans"/>
          <w:color w:val="000000" w:themeColor="text1"/>
          <w:szCs w:val="24"/>
        </w:rPr>
      </w:pPr>
      <w:r w:rsidRPr="0045031A">
        <w:rPr>
          <w:rFonts w:cs="Open Sans"/>
          <w:color w:val="000000" w:themeColor="text1"/>
          <w:szCs w:val="24"/>
        </w:rPr>
        <w:t>The Consent Agenda was approved with the following:</w:t>
      </w:r>
    </w:p>
    <w:p w14:paraId="3B388A1F" w14:textId="0658DB82" w:rsidR="006B7C7A" w:rsidRDefault="006B7C7A" w:rsidP="00513F20">
      <w:pPr>
        <w:pStyle w:val="Heading3"/>
        <w:spacing w:line="360" w:lineRule="auto"/>
      </w:pPr>
      <w:r>
        <w:t>VOTE</w:t>
      </w:r>
    </w:p>
    <w:p w14:paraId="571F8D6B" w14:textId="4AAAC6D1" w:rsidR="00C240E3" w:rsidRDefault="00C240E3" w:rsidP="006317F6">
      <w:pPr>
        <w:spacing w:after="240" w:line="360" w:lineRule="auto"/>
        <w:contextualSpacing/>
      </w:pPr>
      <w:r>
        <w:t>Kaylor</w:t>
      </w:r>
      <w:r w:rsidR="0088467C">
        <w:t xml:space="preserve"> – Aye </w:t>
      </w:r>
    </w:p>
    <w:p w14:paraId="70811A82" w14:textId="2AABE057" w:rsidR="00C240E3" w:rsidRDefault="00C240E3" w:rsidP="006317F6">
      <w:pPr>
        <w:spacing w:after="240" w:line="360" w:lineRule="auto"/>
        <w:contextualSpacing/>
      </w:pPr>
      <w:r>
        <w:t>Tholen</w:t>
      </w:r>
      <w:r w:rsidR="0088467C">
        <w:t xml:space="preserve"> – Aye </w:t>
      </w:r>
    </w:p>
    <w:p w14:paraId="0D0B4211" w14:textId="77777777" w:rsidR="008B51EA" w:rsidRDefault="008B51EA" w:rsidP="008B51EA">
      <w:pPr>
        <w:spacing w:after="240" w:line="360" w:lineRule="auto"/>
        <w:contextualSpacing/>
      </w:pPr>
      <w:r>
        <w:t>Brummel – Aye</w:t>
      </w:r>
    </w:p>
    <w:p w14:paraId="530C0EAC" w14:textId="1F30C7F0" w:rsidR="00C240E3" w:rsidRDefault="00C240E3" w:rsidP="006317F6">
      <w:pPr>
        <w:spacing w:after="240" w:line="360" w:lineRule="auto"/>
        <w:contextualSpacing/>
      </w:pPr>
      <w:r>
        <w:t>Ericson</w:t>
      </w:r>
      <w:r w:rsidR="0088467C">
        <w:t xml:space="preserve"> – Aye</w:t>
      </w:r>
    </w:p>
    <w:p w14:paraId="109BB2A8" w14:textId="2BF5412B" w:rsidR="00C240E3" w:rsidRDefault="00A71BE9" w:rsidP="006317F6">
      <w:pPr>
        <w:spacing w:after="240" w:line="360" w:lineRule="auto"/>
        <w:contextualSpacing/>
      </w:pPr>
      <w:r>
        <w:lastRenderedPageBreak/>
        <w:t>Markworth</w:t>
      </w:r>
      <w:r w:rsidR="0088467C">
        <w:t xml:space="preserve"> – Aye</w:t>
      </w:r>
    </w:p>
    <w:p w14:paraId="672EB1F2" w14:textId="6BC5E4FB" w:rsidR="00C240E3" w:rsidRDefault="00C240E3" w:rsidP="006317F6">
      <w:pPr>
        <w:spacing w:after="240" w:line="360" w:lineRule="auto"/>
        <w:contextualSpacing/>
      </w:pPr>
      <w:r>
        <w:t>Rowan</w:t>
      </w:r>
      <w:r w:rsidR="0088467C">
        <w:t xml:space="preserve"> – </w:t>
      </w:r>
      <w:r w:rsidR="00786B9F">
        <w:t>A</w:t>
      </w:r>
      <w:r w:rsidR="00025950">
        <w:t>ye</w:t>
      </w:r>
    </w:p>
    <w:p w14:paraId="2E5FB1D4" w14:textId="2835E2CA" w:rsidR="0038293A" w:rsidRDefault="0088467C" w:rsidP="0038293A">
      <w:pPr>
        <w:spacing w:after="240" w:line="360" w:lineRule="auto"/>
        <w:contextualSpacing/>
      </w:pPr>
      <w:r>
        <w:t>Mayor Lievsay – Aye</w:t>
      </w:r>
    </w:p>
    <w:p w14:paraId="747F4721" w14:textId="131E3EA4" w:rsidR="0038293A" w:rsidRPr="0045031A" w:rsidRDefault="0038293A" w:rsidP="0038293A">
      <w:pPr>
        <w:pStyle w:val="Heading2"/>
        <w:spacing w:line="360" w:lineRule="auto"/>
      </w:pPr>
      <w:r w:rsidRPr="0045031A">
        <w:t xml:space="preserve">PUBLIC HEARING – </w:t>
      </w:r>
      <w:r w:rsidR="00064CAD">
        <w:t xml:space="preserve">MIDNIGHT INK CONDITIONAL USE PERMIT </w:t>
      </w:r>
      <w:r w:rsidR="00064CAD" w:rsidRPr="00064CAD">
        <w:t>(CUP-05-26-9882)</w:t>
      </w:r>
    </w:p>
    <w:p w14:paraId="51D8ADE8" w14:textId="3C6530BE" w:rsidR="0038293A" w:rsidRPr="0045031A" w:rsidRDefault="001D6CCA" w:rsidP="0038293A">
      <w:pPr>
        <w:spacing w:after="240" w:line="360" w:lineRule="auto"/>
        <w:rPr>
          <w:rFonts w:cs="Open Sans"/>
          <w:color w:val="000000" w:themeColor="text1"/>
          <w:szCs w:val="24"/>
        </w:rPr>
      </w:pPr>
      <w:r>
        <w:rPr>
          <w:rFonts w:cs="Open Sans"/>
          <w:color w:val="000000" w:themeColor="text1"/>
          <w:szCs w:val="24"/>
        </w:rPr>
        <w:t>Mayor Lievsay</w:t>
      </w:r>
      <w:r w:rsidR="0038293A" w:rsidRPr="0045031A">
        <w:rPr>
          <w:rFonts w:cs="Open Sans"/>
          <w:color w:val="000000" w:themeColor="text1"/>
          <w:szCs w:val="24"/>
        </w:rPr>
        <w:t xml:space="preserve"> opened the Public Hearing</w:t>
      </w:r>
      <w:r w:rsidR="0038293A">
        <w:rPr>
          <w:rFonts w:cs="Open Sans"/>
          <w:color w:val="000000" w:themeColor="text1"/>
          <w:szCs w:val="24"/>
        </w:rPr>
        <w:t xml:space="preserve"> at </w:t>
      </w:r>
      <w:r w:rsidR="001E4543">
        <w:rPr>
          <w:rFonts w:cs="Open Sans"/>
          <w:color w:val="000000" w:themeColor="text1"/>
          <w:szCs w:val="24"/>
        </w:rPr>
        <w:t>6</w:t>
      </w:r>
      <w:r w:rsidR="0038293A">
        <w:rPr>
          <w:rFonts w:cs="Open Sans"/>
          <w:color w:val="000000" w:themeColor="text1"/>
          <w:szCs w:val="24"/>
        </w:rPr>
        <w:t>:</w:t>
      </w:r>
      <w:r w:rsidR="001E4543">
        <w:rPr>
          <w:rFonts w:cs="Open Sans"/>
          <w:color w:val="000000" w:themeColor="text1"/>
          <w:szCs w:val="24"/>
        </w:rPr>
        <w:t>03</w:t>
      </w:r>
      <w:r w:rsidR="0038293A">
        <w:rPr>
          <w:rFonts w:cs="Open Sans"/>
          <w:color w:val="000000" w:themeColor="text1"/>
          <w:szCs w:val="24"/>
        </w:rPr>
        <w:t xml:space="preserve"> p.m.</w:t>
      </w:r>
      <w:r w:rsidR="0038293A" w:rsidRPr="0045031A">
        <w:rPr>
          <w:rFonts w:cs="Open Sans"/>
          <w:color w:val="000000" w:themeColor="text1"/>
          <w:szCs w:val="24"/>
        </w:rPr>
        <w:t xml:space="preserve"> to consider a </w:t>
      </w:r>
      <w:r w:rsidR="00064CAD" w:rsidRPr="00064CAD">
        <w:rPr>
          <w:rFonts w:cs="Open Sans"/>
          <w:color w:val="000000" w:themeColor="text1"/>
          <w:szCs w:val="24"/>
        </w:rPr>
        <w:t xml:space="preserve">Conditional Use Permit allowing the body art service </w:t>
      </w:r>
      <w:proofErr w:type="gramStart"/>
      <w:r w:rsidR="00064CAD" w:rsidRPr="00064CAD">
        <w:rPr>
          <w:rFonts w:cs="Open Sans"/>
          <w:color w:val="000000" w:themeColor="text1"/>
          <w:szCs w:val="24"/>
        </w:rPr>
        <w:t>uses</w:t>
      </w:r>
      <w:proofErr w:type="gramEnd"/>
      <w:r w:rsidR="00064CAD" w:rsidRPr="00064CAD">
        <w:rPr>
          <w:rFonts w:cs="Open Sans"/>
          <w:color w:val="000000" w:themeColor="text1"/>
          <w:szCs w:val="24"/>
        </w:rPr>
        <w:t xml:space="preserve"> on a 0.93 +/- acre property</w:t>
      </w:r>
      <w:r w:rsidR="00064CAD">
        <w:rPr>
          <w:rFonts w:cs="Open Sans"/>
          <w:color w:val="000000" w:themeColor="text1"/>
          <w:szCs w:val="24"/>
        </w:rPr>
        <w:t xml:space="preserve"> </w:t>
      </w:r>
      <w:r w:rsidR="00064CAD" w:rsidRPr="00064CAD">
        <w:rPr>
          <w:rFonts w:cs="Open Sans"/>
          <w:color w:val="000000" w:themeColor="text1"/>
          <w:szCs w:val="24"/>
        </w:rPr>
        <w:t>to operate a tattoo studio, by appointment only, on property addressed 2307 NW South Outer Road (CUP-05-26-9882)</w:t>
      </w:r>
      <w:r w:rsidR="00064CAD">
        <w:rPr>
          <w:rFonts w:cs="Open Sans"/>
          <w:color w:val="000000" w:themeColor="text1"/>
          <w:szCs w:val="24"/>
        </w:rPr>
        <w:t xml:space="preserve">. </w:t>
      </w:r>
      <w:r w:rsidR="0038293A" w:rsidRPr="0045031A">
        <w:rPr>
          <w:rFonts w:cs="Open Sans"/>
          <w:color w:val="000000" w:themeColor="text1"/>
          <w:szCs w:val="24"/>
        </w:rPr>
        <w:t xml:space="preserve">The </w:t>
      </w:r>
      <w:r w:rsidR="00C5371B">
        <w:rPr>
          <w:rFonts w:cs="Open Sans"/>
          <w:color w:val="000000" w:themeColor="text1"/>
          <w:szCs w:val="24"/>
        </w:rPr>
        <w:t xml:space="preserve">City Clerk </w:t>
      </w:r>
      <w:r w:rsidR="0038293A" w:rsidRPr="0045031A">
        <w:rPr>
          <w:rFonts w:cs="Open Sans"/>
          <w:color w:val="000000" w:themeColor="text1"/>
          <w:szCs w:val="24"/>
        </w:rPr>
        <w:t xml:space="preserve">entered </w:t>
      </w:r>
      <w:r w:rsidR="001E4543">
        <w:rPr>
          <w:rFonts w:cs="Open Sans"/>
          <w:color w:val="000000" w:themeColor="text1"/>
          <w:szCs w:val="24"/>
        </w:rPr>
        <w:t>one</w:t>
      </w:r>
      <w:r w:rsidR="0038293A" w:rsidRPr="0045031A">
        <w:rPr>
          <w:rFonts w:cs="Open Sans"/>
          <w:color w:val="000000" w:themeColor="text1"/>
          <w:szCs w:val="24"/>
        </w:rPr>
        <w:t xml:space="preserve"> exhibit into the record.</w:t>
      </w:r>
    </w:p>
    <w:p w14:paraId="00946CEF" w14:textId="77777777" w:rsidR="0038293A" w:rsidRPr="0045031A" w:rsidRDefault="0038293A" w:rsidP="0038293A">
      <w:pPr>
        <w:pStyle w:val="Heading3"/>
        <w:spacing w:line="360" w:lineRule="auto"/>
      </w:pPr>
      <w:r w:rsidRPr="0045031A">
        <w:t>STAFF REPORT</w:t>
      </w:r>
    </w:p>
    <w:p w14:paraId="5923C385" w14:textId="53EEC30B" w:rsidR="0038293A" w:rsidRPr="0045031A" w:rsidRDefault="0038293A" w:rsidP="0038293A">
      <w:pPr>
        <w:spacing w:after="240" w:line="360" w:lineRule="auto"/>
        <w:rPr>
          <w:color w:val="000000" w:themeColor="text1"/>
        </w:rPr>
      </w:pPr>
      <w:r w:rsidRPr="0045031A">
        <w:rPr>
          <w:color w:val="000000" w:themeColor="text1"/>
        </w:rPr>
        <w:t xml:space="preserve">Planner </w:t>
      </w:r>
      <w:r w:rsidR="00395EA5">
        <w:rPr>
          <w:color w:val="000000" w:themeColor="text1"/>
        </w:rPr>
        <w:t>Shantele Frie</w:t>
      </w:r>
      <w:r w:rsidRPr="0045031A">
        <w:rPr>
          <w:color w:val="000000" w:themeColor="text1"/>
        </w:rPr>
        <w:t xml:space="preserve"> reviewed the details of the proposed </w:t>
      </w:r>
      <w:r w:rsidR="00C5371B">
        <w:rPr>
          <w:color w:val="000000" w:themeColor="text1"/>
        </w:rPr>
        <w:t>Conditional Use Permit</w:t>
      </w:r>
      <w:r w:rsidRPr="0045031A">
        <w:rPr>
          <w:color w:val="000000" w:themeColor="text1"/>
        </w:rPr>
        <w:t xml:space="preserve"> and addressed questions from the Council.</w:t>
      </w:r>
    </w:p>
    <w:p w14:paraId="0E76BF1B" w14:textId="08ADB5D4" w:rsidR="0038293A" w:rsidRPr="0045031A" w:rsidRDefault="0038293A" w:rsidP="0038293A">
      <w:pPr>
        <w:spacing w:after="240" w:line="360" w:lineRule="auto"/>
        <w:rPr>
          <w:color w:val="000000" w:themeColor="text1"/>
        </w:rPr>
      </w:pPr>
      <w:r w:rsidRPr="008A561F">
        <w:rPr>
          <w:color w:val="000000" w:themeColor="text1"/>
        </w:rPr>
        <w:t xml:space="preserve">The </w:t>
      </w:r>
      <w:proofErr w:type="gramStart"/>
      <w:r w:rsidRPr="008A561F">
        <w:rPr>
          <w:color w:val="000000" w:themeColor="text1"/>
        </w:rPr>
        <w:t>Mayor</w:t>
      </w:r>
      <w:proofErr w:type="gramEnd"/>
      <w:r w:rsidRPr="008A561F">
        <w:rPr>
          <w:color w:val="000000" w:themeColor="text1"/>
        </w:rPr>
        <w:t xml:space="preserve"> hearing no further comments for or against, closed the public hearing at</w:t>
      </w:r>
      <w:r>
        <w:rPr>
          <w:color w:val="000000" w:themeColor="text1"/>
        </w:rPr>
        <w:t xml:space="preserve"> </w:t>
      </w:r>
      <w:r w:rsidR="001E4543">
        <w:rPr>
          <w:color w:val="000000" w:themeColor="text1"/>
        </w:rPr>
        <w:t>6:09</w:t>
      </w:r>
      <w:r w:rsidRPr="008A561F">
        <w:rPr>
          <w:color w:val="000000" w:themeColor="text1"/>
        </w:rPr>
        <w:t xml:space="preserve"> p.m.</w:t>
      </w:r>
    </w:p>
    <w:p w14:paraId="7C8E1DC9" w14:textId="0C267479" w:rsidR="0038293A" w:rsidRPr="0045031A" w:rsidRDefault="0038293A" w:rsidP="0038293A">
      <w:pPr>
        <w:pStyle w:val="Heading2"/>
        <w:spacing w:line="360" w:lineRule="auto"/>
      </w:pPr>
      <w:r w:rsidRPr="0045031A">
        <w:t xml:space="preserve">INTRODUCTION AND FIRST READING OF BILL NUMBER </w:t>
      </w:r>
      <w:r w:rsidR="00C5371B">
        <w:t>5408</w:t>
      </w:r>
      <w:r w:rsidRPr="0045031A">
        <w:t xml:space="preserve"> </w:t>
      </w:r>
      <w:r w:rsidR="00C5371B">
        <w:t>–</w:t>
      </w:r>
      <w:r w:rsidRPr="0045031A">
        <w:t xml:space="preserve"> </w:t>
      </w:r>
      <w:r w:rsidR="00C5371B">
        <w:t xml:space="preserve">MIDNIGHT INK CONDITIONAL USE PERMIT </w:t>
      </w:r>
      <w:r w:rsidR="00C5371B" w:rsidRPr="00064CAD">
        <w:t>(CUP-05-26-9882)</w:t>
      </w:r>
    </w:p>
    <w:p w14:paraId="7319A3F3" w14:textId="2A3A0A7F" w:rsidR="0038293A" w:rsidRPr="0045031A" w:rsidRDefault="0038293A" w:rsidP="0038293A">
      <w:pPr>
        <w:spacing w:after="240" w:line="360" w:lineRule="auto"/>
        <w:rPr>
          <w:color w:val="000000" w:themeColor="text1"/>
        </w:rPr>
      </w:pPr>
      <w:r w:rsidRPr="0045031A">
        <w:rPr>
          <w:color w:val="000000" w:themeColor="text1"/>
        </w:rPr>
        <w:t xml:space="preserve">Councilmember </w:t>
      </w:r>
      <w:r w:rsidR="001E4543">
        <w:rPr>
          <w:color w:val="000000" w:themeColor="text1"/>
        </w:rPr>
        <w:t>Kaylor</w:t>
      </w:r>
      <w:r w:rsidRPr="0045031A">
        <w:rPr>
          <w:color w:val="000000" w:themeColor="text1"/>
        </w:rPr>
        <w:t xml:space="preserve"> introduced Bill Number </w:t>
      </w:r>
      <w:r w:rsidR="00C5371B">
        <w:rPr>
          <w:color w:val="000000" w:themeColor="text1"/>
        </w:rPr>
        <w:t>5408</w:t>
      </w:r>
      <w:r w:rsidRPr="0045031A">
        <w:rPr>
          <w:color w:val="000000" w:themeColor="text1"/>
        </w:rPr>
        <w:t xml:space="preserve"> approving a </w:t>
      </w:r>
      <w:r w:rsidR="00C5371B" w:rsidRPr="00064CAD">
        <w:rPr>
          <w:rFonts w:cs="Open Sans"/>
          <w:color w:val="000000" w:themeColor="text1"/>
          <w:szCs w:val="24"/>
        </w:rPr>
        <w:t>Conditional Use Permit allowing the body art service uses on a 0.93 +/- acre property</w:t>
      </w:r>
      <w:r w:rsidR="00C5371B">
        <w:rPr>
          <w:rFonts w:cs="Open Sans"/>
          <w:color w:val="000000" w:themeColor="text1"/>
          <w:szCs w:val="24"/>
        </w:rPr>
        <w:t xml:space="preserve"> </w:t>
      </w:r>
      <w:r w:rsidR="00C5371B" w:rsidRPr="00064CAD">
        <w:rPr>
          <w:rFonts w:cs="Open Sans"/>
          <w:color w:val="000000" w:themeColor="text1"/>
          <w:szCs w:val="24"/>
        </w:rPr>
        <w:t>to operate a tattoo studio, by appointment only, on property addressed 2307 NW South Outer Road (CUP-05-26-9882)</w:t>
      </w:r>
      <w:r w:rsidR="00C5371B">
        <w:rPr>
          <w:rFonts w:cs="Open Sans"/>
          <w:color w:val="000000" w:themeColor="text1"/>
          <w:szCs w:val="24"/>
        </w:rPr>
        <w:t xml:space="preserve">. </w:t>
      </w:r>
      <w:r w:rsidRPr="0045031A">
        <w:rPr>
          <w:color w:val="000000" w:themeColor="text1"/>
        </w:rPr>
        <w:t xml:space="preserve">City Clerk Erin Ford made the first reading of Bill No. </w:t>
      </w:r>
      <w:r w:rsidR="00C5371B">
        <w:rPr>
          <w:color w:val="000000" w:themeColor="text1"/>
        </w:rPr>
        <w:t>5408</w:t>
      </w:r>
      <w:r w:rsidRPr="0045031A">
        <w:rPr>
          <w:color w:val="000000" w:themeColor="text1"/>
        </w:rPr>
        <w:t xml:space="preserve"> by title; copies of the proposed Bill having previously been made available to the public.</w:t>
      </w:r>
    </w:p>
    <w:p w14:paraId="39B38BE7" w14:textId="5C1A5026" w:rsidR="0038293A" w:rsidRPr="0045031A" w:rsidRDefault="0038293A" w:rsidP="0038293A">
      <w:pPr>
        <w:spacing w:after="240" w:line="360" w:lineRule="auto"/>
        <w:rPr>
          <w:color w:val="000000" w:themeColor="text1"/>
        </w:rPr>
      </w:pPr>
      <w:r w:rsidRPr="0045031A">
        <w:rPr>
          <w:color w:val="000000" w:themeColor="text1"/>
        </w:rPr>
        <w:t xml:space="preserve">Councilmember </w:t>
      </w:r>
      <w:r w:rsidR="001E4543">
        <w:rPr>
          <w:color w:val="000000" w:themeColor="text1"/>
        </w:rPr>
        <w:t>Tholen</w:t>
      </w:r>
      <w:r w:rsidRPr="0045031A">
        <w:rPr>
          <w:color w:val="000000" w:themeColor="text1"/>
        </w:rPr>
        <w:t xml:space="preserve"> moved to approve Bill No. </w:t>
      </w:r>
      <w:r w:rsidR="00C5371B">
        <w:rPr>
          <w:color w:val="000000" w:themeColor="text1"/>
        </w:rPr>
        <w:t>5408</w:t>
      </w:r>
      <w:r w:rsidRPr="0045031A">
        <w:rPr>
          <w:color w:val="000000" w:themeColor="text1"/>
        </w:rPr>
        <w:t xml:space="preserve"> upon its first reading and proceed with the second reading. Motion seconded by Councilmember </w:t>
      </w:r>
      <w:r w:rsidR="001E4543">
        <w:rPr>
          <w:color w:val="000000" w:themeColor="text1"/>
        </w:rPr>
        <w:t>Brummel</w:t>
      </w:r>
      <w:r w:rsidRPr="0045031A">
        <w:rPr>
          <w:color w:val="000000" w:themeColor="text1"/>
        </w:rPr>
        <w:t xml:space="preserve"> and carried unanimously.</w:t>
      </w:r>
    </w:p>
    <w:p w14:paraId="380AE2AD" w14:textId="683A6E31" w:rsidR="0038293A" w:rsidRPr="005607D7" w:rsidRDefault="0038293A" w:rsidP="0038293A">
      <w:pPr>
        <w:pStyle w:val="Heading3"/>
        <w:spacing w:line="360" w:lineRule="auto"/>
        <w:rPr>
          <w:rFonts w:cs="Segoe UI"/>
          <w:bCs w:val="0"/>
        </w:rPr>
      </w:pPr>
      <w:r w:rsidRPr="00EE3638">
        <w:rPr>
          <w:rFonts w:ascii="Segoe UI" w:hAnsi="Segoe UI" w:cs="Segoe UI"/>
          <w:b/>
          <w:bCs w:val="0"/>
        </w:rPr>
        <w:lastRenderedPageBreak/>
        <w:t xml:space="preserve">SECOND READING – BILL NUMBER </w:t>
      </w:r>
      <w:r w:rsidR="00C5371B">
        <w:rPr>
          <w:rFonts w:ascii="Segoe UI" w:hAnsi="Segoe UI" w:cs="Segoe UI"/>
          <w:b/>
          <w:bCs w:val="0"/>
        </w:rPr>
        <w:t>5408</w:t>
      </w:r>
    </w:p>
    <w:p w14:paraId="14A6E4D0" w14:textId="720C30A4" w:rsidR="0038293A" w:rsidRDefault="0038293A" w:rsidP="0038293A">
      <w:pPr>
        <w:spacing w:line="360" w:lineRule="auto"/>
        <w:rPr>
          <w:color w:val="000000" w:themeColor="text1"/>
        </w:rPr>
      </w:pPr>
      <w:r w:rsidRPr="0045031A">
        <w:rPr>
          <w:color w:val="000000" w:themeColor="text1"/>
        </w:rPr>
        <w:t xml:space="preserve">Ms. Ford made the second reading of Bill Number </w:t>
      </w:r>
      <w:r w:rsidR="00C5371B">
        <w:rPr>
          <w:color w:val="000000" w:themeColor="text1"/>
        </w:rPr>
        <w:t>5408</w:t>
      </w:r>
      <w:r w:rsidRPr="0045031A">
        <w:rPr>
          <w:color w:val="000000" w:themeColor="text1"/>
        </w:rPr>
        <w:t xml:space="preserve"> by title.  Councilmember </w:t>
      </w:r>
      <w:r w:rsidR="001E4543">
        <w:rPr>
          <w:color w:val="000000" w:themeColor="text1"/>
        </w:rPr>
        <w:t>Ericson</w:t>
      </w:r>
      <w:r w:rsidRPr="0045031A">
        <w:rPr>
          <w:color w:val="000000" w:themeColor="text1"/>
        </w:rPr>
        <w:t xml:space="preserve"> moved to adopt Bill Number </w:t>
      </w:r>
      <w:r w:rsidR="00C5371B">
        <w:rPr>
          <w:color w:val="000000" w:themeColor="text1"/>
        </w:rPr>
        <w:t>5408</w:t>
      </w:r>
      <w:r w:rsidRPr="0045031A">
        <w:rPr>
          <w:color w:val="000000" w:themeColor="text1"/>
        </w:rPr>
        <w:t xml:space="preserve"> upon its second reading and give it ORDINANCE Number </w:t>
      </w:r>
      <w:r w:rsidR="00C5371B">
        <w:rPr>
          <w:color w:val="000000" w:themeColor="text1"/>
        </w:rPr>
        <w:t>5504,</w:t>
      </w:r>
      <w:r w:rsidRPr="0045031A">
        <w:rPr>
          <w:color w:val="000000" w:themeColor="text1"/>
        </w:rPr>
        <w:t xml:space="preserve"> with a copy attached hereto and made a part of the minutes. Motion seconded by Councilmember </w:t>
      </w:r>
      <w:r w:rsidR="001E4543">
        <w:rPr>
          <w:color w:val="000000" w:themeColor="text1"/>
        </w:rPr>
        <w:t>Rowan</w:t>
      </w:r>
      <w:r w:rsidRPr="0045031A">
        <w:rPr>
          <w:color w:val="000000" w:themeColor="text1"/>
        </w:rPr>
        <w:t xml:space="preserve"> and carried with the following</w:t>
      </w:r>
      <w:r>
        <w:rPr>
          <w:color w:val="000000" w:themeColor="text1"/>
        </w:rPr>
        <w:t>:</w:t>
      </w:r>
    </w:p>
    <w:p w14:paraId="61A4AA7F" w14:textId="77777777" w:rsidR="0038293A" w:rsidRDefault="0038293A" w:rsidP="0038293A">
      <w:pPr>
        <w:pStyle w:val="Heading3"/>
        <w:spacing w:line="360" w:lineRule="auto"/>
      </w:pPr>
      <w:r>
        <w:t>V</w:t>
      </w:r>
      <w:r w:rsidRPr="0045031A">
        <w:t>OTE</w:t>
      </w:r>
    </w:p>
    <w:p w14:paraId="436E5A31" w14:textId="77777777" w:rsidR="0038293A" w:rsidRDefault="0038293A" w:rsidP="0038293A">
      <w:pPr>
        <w:spacing w:after="0" w:line="360" w:lineRule="auto"/>
      </w:pPr>
      <w:r>
        <w:t xml:space="preserve">Tholen – Aye </w:t>
      </w:r>
    </w:p>
    <w:p w14:paraId="7B86D3AD" w14:textId="77777777" w:rsidR="0038293A" w:rsidRDefault="0038293A" w:rsidP="0038293A">
      <w:pPr>
        <w:spacing w:after="0" w:line="360" w:lineRule="auto"/>
      </w:pPr>
      <w:r>
        <w:t xml:space="preserve">Brummel – Aye </w:t>
      </w:r>
    </w:p>
    <w:p w14:paraId="7E7397CB" w14:textId="77777777" w:rsidR="0038293A" w:rsidRDefault="0038293A" w:rsidP="0038293A">
      <w:pPr>
        <w:spacing w:after="0" w:line="360" w:lineRule="auto"/>
      </w:pPr>
      <w:r>
        <w:t>Ericson – Aye</w:t>
      </w:r>
    </w:p>
    <w:p w14:paraId="33934201" w14:textId="77777777" w:rsidR="0038293A" w:rsidRDefault="0038293A" w:rsidP="0038293A">
      <w:pPr>
        <w:spacing w:after="0" w:line="360" w:lineRule="auto"/>
      </w:pPr>
      <w:r>
        <w:t>Markworth – Aye</w:t>
      </w:r>
    </w:p>
    <w:p w14:paraId="3357F290" w14:textId="77777777" w:rsidR="0038293A" w:rsidRDefault="0038293A" w:rsidP="0038293A">
      <w:pPr>
        <w:spacing w:after="0" w:line="360" w:lineRule="auto"/>
      </w:pPr>
      <w:r>
        <w:t>Rowan – Aye</w:t>
      </w:r>
    </w:p>
    <w:p w14:paraId="1A22EEDC" w14:textId="77777777" w:rsidR="00C5371B" w:rsidRDefault="00C5371B" w:rsidP="00C5371B">
      <w:pPr>
        <w:spacing w:after="0" w:line="360" w:lineRule="auto"/>
      </w:pPr>
      <w:r>
        <w:t xml:space="preserve">Kaylor – Aye </w:t>
      </w:r>
    </w:p>
    <w:p w14:paraId="57685E0D" w14:textId="50013BC1" w:rsidR="0038293A" w:rsidRDefault="0038293A" w:rsidP="0038293A">
      <w:pPr>
        <w:spacing w:after="240" w:line="360" w:lineRule="auto"/>
        <w:contextualSpacing/>
      </w:pPr>
      <w:r>
        <w:t>Mayor Lievsay – Aye</w:t>
      </w:r>
    </w:p>
    <w:p w14:paraId="264EB178" w14:textId="7B7511B2" w:rsidR="0038293A" w:rsidRPr="0045031A" w:rsidRDefault="0038293A" w:rsidP="0038293A">
      <w:pPr>
        <w:pStyle w:val="Heading2"/>
        <w:spacing w:line="360" w:lineRule="auto"/>
      </w:pPr>
      <w:r w:rsidRPr="0045031A">
        <w:t xml:space="preserve">PUBLIC HEARING – </w:t>
      </w:r>
      <w:r w:rsidR="00C5371B" w:rsidRPr="00C5371B">
        <w:rPr>
          <w:caps/>
        </w:rPr>
        <w:t>Universal Beauty Studio Conditional Use Permit</w:t>
      </w:r>
      <w:r w:rsidR="00C5371B">
        <w:rPr>
          <w:caps/>
        </w:rPr>
        <w:t xml:space="preserve"> </w:t>
      </w:r>
      <w:r w:rsidR="00C5371B" w:rsidRPr="00C5371B">
        <w:rPr>
          <w:rFonts w:cs="Open Sans"/>
          <w:szCs w:val="24"/>
        </w:rPr>
        <w:t>(CUP-05-26-9892)</w:t>
      </w:r>
    </w:p>
    <w:p w14:paraId="33FB0A62" w14:textId="7D16635A" w:rsidR="0038293A" w:rsidRPr="0045031A" w:rsidRDefault="001D6CCA" w:rsidP="0038293A">
      <w:pPr>
        <w:spacing w:after="240" w:line="360" w:lineRule="auto"/>
        <w:rPr>
          <w:rFonts w:cs="Open Sans"/>
          <w:color w:val="000000" w:themeColor="text1"/>
          <w:szCs w:val="24"/>
        </w:rPr>
      </w:pPr>
      <w:r>
        <w:rPr>
          <w:rFonts w:cs="Open Sans"/>
          <w:color w:val="000000" w:themeColor="text1"/>
          <w:szCs w:val="24"/>
        </w:rPr>
        <w:t>Mayor Lievsay</w:t>
      </w:r>
      <w:r w:rsidRPr="0045031A">
        <w:rPr>
          <w:rFonts w:cs="Open Sans"/>
          <w:color w:val="000000" w:themeColor="text1"/>
          <w:szCs w:val="24"/>
        </w:rPr>
        <w:t xml:space="preserve"> </w:t>
      </w:r>
      <w:r w:rsidR="0038293A" w:rsidRPr="0045031A">
        <w:rPr>
          <w:rFonts w:cs="Open Sans"/>
          <w:color w:val="000000" w:themeColor="text1"/>
          <w:szCs w:val="24"/>
        </w:rPr>
        <w:t>opened the Public Hearing</w:t>
      </w:r>
      <w:r w:rsidR="0038293A">
        <w:rPr>
          <w:rFonts w:cs="Open Sans"/>
          <w:color w:val="000000" w:themeColor="text1"/>
          <w:szCs w:val="24"/>
        </w:rPr>
        <w:t xml:space="preserve"> at </w:t>
      </w:r>
      <w:r w:rsidR="001E4543">
        <w:rPr>
          <w:rFonts w:cs="Open Sans"/>
          <w:color w:val="000000" w:themeColor="text1"/>
          <w:szCs w:val="24"/>
        </w:rPr>
        <w:t>6</w:t>
      </w:r>
      <w:r w:rsidR="0038293A">
        <w:rPr>
          <w:rFonts w:cs="Open Sans"/>
          <w:color w:val="000000" w:themeColor="text1"/>
          <w:szCs w:val="24"/>
        </w:rPr>
        <w:t>:</w:t>
      </w:r>
      <w:r w:rsidR="001E4543">
        <w:rPr>
          <w:rFonts w:cs="Open Sans"/>
          <w:color w:val="000000" w:themeColor="text1"/>
          <w:szCs w:val="24"/>
        </w:rPr>
        <w:t>11</w:t>
      </w:r>
      <w:r w:rsidR="0038293A">
        <w:rPr>
          <w:rFonts w:cs="Open Sans"/>
          <w:color w:val="000000" w:themeColor="text1"/>
          <w:szCs w:val="24"/>
        </w:rPr>
        <w:t xml:space="preserve"> p.m.</w:t>
      </w:r>
      <w:r w:rsidR="0038293A" w:rsidRPr="0045031A">
        <w:rPr>
          <w:rFonts w:cs="Open Sans"/>
          <w:color w:val="000000" w:themeColor="text1"/>
          <w:szCs w:val="24"/>
        </w:rPr>
        <w:t xml:space="preserve"> to consider a </w:t>
      </w:r>
      <w:r w:rsidR="00C5371B" w:rsidRPr="00C5371B">
        <w:rPr>
          <w:rFonts w:cs="Open Sans"/>
          <w:color w:val="000000" w:themeColor="text1"/>
          <w:szCs w:val="24"/>
        </w:rPr>
        <w:t xml:space="preserve">Conditional Use Permit allowing the body art service uses on a 0.21 +/- acre property to operate a </w:t>
      </w:r>
      <w:r w:rsidR="00C5371B" w:rsidRPr="001E4543">
        <w:rPr>
          <w:rFonts w:cs="Open Sans"/>
          <w:color w:val="000000" w:themeColor="text1"/>
          <w:szCs w:val="24"/>
        </w:rPr>
        <w:t xml:space="preserve">vocational and technical education </w:t>
      </w:r>
      <w:r w:rsidR="001E4543" w:rsidRPr="001E4543">
        <w:rPr>
          <w:rFonts w:cs="Open Sans"/>
          <w:color w:val="000000" w:themeColor="text1"/>
          <w:szCs w:val="24"/>
        </w:rPr>
        <w:t>faci</w:t>
      </w:r>
      <w:r w:rsidR="001E4543">
        <w:rPr>
          <w:rFonts w:cs="Open Sans"/>
          <w:color w:val="000000" w:themeColor="text1"/>
          <w:szCs w:val="24"/>
        </w:rPr>
        <w:t xml:space="preserve">lity </w:t>
      </w:r>
      <w:r w:rsidR="00C5371B" w:rsidRPr="00C5371B">
        <w:rPr>
          <w:rFonts w:cs="Open Sans"/>
          <w:color w:val="000000" w:themeColor="text1"/>
          <w:szCs w:val="24"/>
        </w:rPr>
        <w:t>for body art/microblading services, on the property addressed 1405 SW Smith Street (CUP-05-26-9892)</w:t>
      </w:r>
      <w:r w:rsidR="00C5371B">
        <w:rPr>
          <w:rFonts w:cs="Open Sans"/>
          <w:color w:val="000000" w:themeColor="text1"/>
          <w:szCs w:val="24"/>
        </w:rPr>
        <w:t xml:space="preserve">. </w:t>
      </w:r>
      <w:r w:rsidR="0038293A" w:rsidRPr="0045031A">
        <w:rPr>
          <w:rFonts w:cs="Open Sans"/>
          <w:color w:val="000000" w:themeColor="text1"/>
          <w:szCs w:val="24"/>
        </w:rPr>
        <w:t xml:space="preserve">The </w:t>
      </w:r>
      <w:r w:rsidR="00C5371B">
        <w:rPr>
          <w:rFonts w:cs="Open Sans"/>
          <w:color w:val="000000" w:themeColor="text1"/>
          <w:szCs w:val="24"/>
        </w:rPr>
        <w:t xml:space="preserve">City Clerk </w:t>
      </w:r>
      <w:r w:rsidR="0038293A" w:rsidRPr="0045031A">
        <w:rPr>
          <w:rFonts w:cs="Open Sans"/>
          <w:color w:val="000000" w:themeColor="text1"/>
          <w:szCs w:val="24"/>
        </w:rPr>
        <w:t xml:space="preserve">entered </w:t>
      </w:r>
      <w:r w:rsidR="001E4543">
        <w:rPr>
          <w:rFonts w:cs="Open Sans"/>
          <w:color w:val="000000" w:themeColor="text1"/>
          <w:szCs w:val="24"/>
        </w:rPr>
        <w:t>one</w:t>
      </w:r>
      <w:r w:rsidR="0038293A" w:rsidRPr="0045031A">
        <w:rPr>
          <w:rFonts w:cs="Open Sans"/>
          <w:color w:val="000000" w:themeColor="text1"/>
          <w:szCs w:val="24"/>
        </w:rPr>
        <w:t xml:space="preserve"> </w:t>
      </w:r>
      <w:proofErr w:type="gramStart"/>
      <w:r w:rsidR="0038293A" w:rsidRPr="0045031A">
        <w:rPr>
          <w:rFonts w:cs="Open Sans"/>
          <w:color w:val="000000" w:themeColor="text1"/>
          <w:szCs w:val="24"/>
        </w:rPr>
        <w:t>exhibits</w:t>
      </w:r>
      <w:proofErr w:type="gramEnd"/>
      <w:r w:rsidR="0038293A" w:rsidRPr="0045031A">
        <w:rPr>
          <w:rFonts w:cs="Open Sans"/>
          <w:color w:val="000000" w:themeColor="text1"/>
          <w:szCs w:val="24"/>
        </w:rPr>
        <w:t xml:space="preserve"> into the record.</w:t>
      </w:r>
    </w:p>
    <w:p w14:paraId="40CA1783" w14:textId="77777777" w:rsidR="0038293A" w:rsidRPr="0045031A" w:rsidRDefault="0038293A" w:rsidP="0038293A">
      <w:pPr>
        <w:pStyle w:val="Heading3"/>
        <w:spacing w:line="360" w:lineRule="auto"/>
      </w:pPr>
      <w:r w:rsidRPr="0045031A">
        <w:t>STAFF REPORT</w:t>
      </w:r>
    </w:p>
    <w:p w14:paraId="23F4C220" w14:textId="348EF576" w:rsidR="0038293A" w:rsidRPr="0045031A" w:rsidRDefault="0038293A" w:rsidP="0038293A">
      <w:pPr>
        <w:spacing w:after="240" w:line="360" w:lineRule="auto"/>
        <w:rPr>
          <w:color w:val="000000" w:themeColor="text1"/>
        </w:rPr>
      </w:pPr>
      <w:r w:rsidRPr="0045031A">
        <w:rPr>
          <w:color w:val="000000" w:themeColor="text1"/>
        </w:rPr>
        <w:t xml:space="preserve">Planner </w:t>
      </w:r>
      <w:r w:rsidR="00395EA5">
        <w:rPr>
          <w:color w:val="000000" w:themeColor="text1"/>
        </w:rPr>
        <w:t>Shantele Frie</w:t>
      </w:r>
      <w:r w:rsidRPr="0045031A">
        <w:rPr>
          <w:color w:val="000000" w:themeColor="text1"/>
        </w:rPr>
        <w:t xml:space="preserve"> reviewed the details of the proposed </w:t>
      </w:r>
      <w:r w:rsidR="00C5371B">
        <w:rPr>
          <w:color w:val="000000" w:themeColor="text1"/>
        </w:rPr>
        <w:t>Conditional Use Permit</w:t>
      </w:r>
      <w:r w:rsidRPr="0045031A">
        <w:rPr>
          <w:color w:val="000000" w:themeColor="text1"/>
        </w:rPr>
        <w:t xml:space="preserve"> and addressed questions from the Council.</w:t>
      </w:r>
    </w:p>
    <w:p w14:paraId="7FC80EAD" w14:textId="77777777" w:rsidR="0038293A" w:rsidRPr="0045031A" w:rsidRDefault="0038293A" w:rsidP="0038293A">
      <w:pPr>
        <w:pStyle w:val="Heading3"/>
        <w:spacing w:line="360" w:lineRule="auto"/>
      </w:pPr>
      <w:r w:rsidRPr="0045031A">
        <w:t>APPLICANT</w:t>
      </w:r>
    </w:p>
    <w:p w14:paraId="38E806DF" w14:textId="3238CA84" w:rsidR="0038293A" w:rsidRPr="0045031A" w:rsidRDefault="0038293A" w:rsidP="0038293A">
      <w:pPr>
        <w:spacing w:after="240" w:line="360" w:lineRule="auto"/>
        <w:rPr>
          <w:color w:val="000000" w:themeColor="text1"/>
        </w:rPr>
      </w:pPr>
      <w:r w:rsidRPr="0045031A">
        <w:rPr>
          <w:color w:val="000000" w:themeColor="text1"/>
        </w:rPr>
        <w:t xml:space="preserve">The applicant, </w:t>
      </w:r>
      <w:r w:rsidR="001E4543" w:rsidRPr="001E4543">
        <w:rPr>
          <w:color w:val="000000" w:themeColor="text1"/>
        </w:rPr>
        <w:t>Tyrone Jackson</w:t>
      </w:r>
      <w:r w:rsidR="001E4543">
        <w:rPr>
          <w:color w:val="000000" w:themeColor="text1"/>
        </w:rPr>
        <w:t xml:space="preserve">, </w:t>
      </w:r>
      <w:r w:rsidRPr="0045031A">
        <w:rPr>
          <w:color w:val="000000" w:themeColor="text1"/>
        </w:rPr>
        <w:t>was available to address questions from Council.</w:t>
      </w:r>
    </w:p>
    <w:p w14:paraId="47DB5702" w14:textId="6FB84516" w:rsidR="0038293A" w:rsidRPr="0045031A" w:rsidRDefault="0038293A" w:rsidP="0038293A">
      <w:pPr>
        <w:spacing w:after="240" w:line="360" w:lineRule="auto"/>
        <w:rPr>
          <w:color w:val="000000" w:themeColor="text1"/>
        </w:rPr>
      </w:pPr>
      <w:r w:rsidRPr="008A561F">
        <w:rPr>
          <w:color w:val="000000" w:themeColor="text1"/>
        </w:rPr>
        <w:lastRenderedPageBreak/>
        <w:t xml:space="preserve">The </w:t>
      </w:r>
      <w:proofErr w:type="gramStart"/>
      <w:r w:rsidRPr="008A561F">
        <w:rPr>
          <w:color w:val="000000" w:themeColor="text1"/>
        </w:rPr>
        <w:t>Mayor</w:t>
      </w:r>
      <w:proofErr w:type="gramEnd"/>
      <w:r w:rsidRPr="008A561F">
        <w:rPr>
          <w:color w:val="000000" w:themeColor="text1"/>
        </w:rPr>
        <w:t xml:space="preserve"> hearing no further comments for or against, closed the public hearing at</w:t>
      </w:r>
      <w:r>
        <w:rPr>
          <w:color w:val="000000" w:themeColor="text1"/>
        </w:rPr>
        <w:t xml:space="preserve"> </w:t>
      </w:r>
      <w:r w:rsidR="001E4543">
        <w:rPr>
          <w:color w:val="000000" w:themeColor="text1"/>
        </w:rPr>
        <w:t>6</w:t>
      </w:r>
      <w:r>
        <w:rPr>
          <w:color w:val="000000" w:themeColor="text1"/>
        </w:rPr>
        <w:t>:</w:t>
      </w:r>
      <w:r w:rsidR="001E4543">
        <w:rPr>
          <w:color w:val="000000" w:themeColor="text1"/>
        </w:rPr>
        <w:t>18</w:t>
      </w:r>
      <w:r w:rsidRPr="008A561F">
        <w:rPr>
          <w:color w:val="000000" w:themeColor="text1"/>
        </w:rPr>
        <w:t xml:space="preserve"> p.m.</w:t>
      </w:r>
    </w:p>
    <w:p w14:paraId="44A5B235" w14:textId="52A4423E" w:rsidR="0038293A" w:rsidRPr="0045031A" w:rsidRDefault="0038293A" w:rsidP="0038293A">
      <w:pPr>
        <w:pStyle w:val="Heading2"/>
        <w:spacing w:line="360" w:lineRule="auto"/>
      </w:pPr>
      <w:r w:rsidRPr="0045031A">
        <w:t xml:space="preserve">INTRODUCTION AND FIRST READING OF BILL NUMBER </w:t>
      </w:r>
      <w:r w:rsidR="00C5371B">
        <w:t>5409</w:t>
      </w:r>
      <w:r w:rsidRPr="0045031A">
        <w:t xml:space="preserve"> </w:t>
      </w:r>
      <w:r w:rsidR="00C5371B">
        <w:t>–</w:t>
      </w:r>
      <w:r w:rsidRPr="0045031A">
        <w:t xml:space="preserve"> </w:t>
      </w:r>
      <w:r w:rsidR="00C5371B" w:rsidRPr="00C5371B">
        <w:rPr>
          <w:caps/>
        </w:rPr>
        <w:t>Universal Beauty Studio Conditional Use Permit</w:t>
      </w:r>
      <w:r w:rsidR="00C5371B">
        <w:rPr>
          <w:caps/>
        </w:rPr>
        <w:t xml:space="preserve"> </w:t>
      </w:r>
      <w:r w:rsidR="00C5371B" w:rsidRPr="00C5371B">
        <w:rPr>
          <w:rFonts w:cs="Open Sans"/>
          <w:szCs w:val="24"/>
        </w:rPr>
        <w:t>(CUP-05-26-9892)</w:t>
      </w:r>
    </w:p>
    <w:p w14:paraId="23B263DD" w14:textId="68588D58" w:rsidR="0038293A" w:rsidRPr="0045031A" w:rsidRDefault="0038293A" w:rsidP="0038293A">
      <w:pPr>
        <w:spacing w:after="240" w:line="360" w:lineRule="auto"/>
        <w:rPr>
          <w:color w:val="000000" w:themeColor="text1"/>
        </w:rPr>
      </w:pPr>
      <w:r w:rsidRPr="0045031A">
        <w:rPr>
          <w:color w:val="000000" w:themeColor="text1"/>
        </w:rPr>
        <w:t xml:space="preserve">Councilmember </w:t>
      </w:r>
      <w:r w:rsidR="001E4543">
        <w:rPr>
          <w:color w:val="000000" w:themeColor="text1"/>
        </w:rPr>
        <w:t>Kaylor</w:t>
      </w:r>
      <w:r w:rsidRPr="0045031A">
        <w:rPr>
          <w:color w:val="000000" w:themeColor="text1"/>
        </w:rPr>
        <w:t xml:space="preserve"> introduced Bill Number </w:t>
      </w:r>
      <w:r w:rsidR="00C5371B">
        <w:rPr>
          <w:color w:val="000000" w:themeColor="text1"/>
        </w:rPr>
        <w:t>5409</w:t>
      </w:r>
      <w:r w:rsidRPr="0045031A">
        <w:rPr>
          <w:color w:val="000000" w:themeColor="text1"/>
        </w:rPr>
        <w:t xml:space="preserve"> approving a </w:t>
      </w:r>
      <w:r w:rsidR="00C5371B" w:rsidRPr="00C5371B">
        <w:rPr>
          <w:rFonts w:cs="Open Sans"/>
          <w:color w:val="000000" w:themeColor="text1"/>
          <w:szCs w:val="24"/>
        </w:rPr>
        <w:t>Conditional Use Permit allowing the body art service uses on a 0.21 +/- acre property to operate a vocational and technical education for body art/microblading services, on the property addressed 1405 SW Smith Street (CUP-05-26-9892)</w:t>
      </w:r>
      <w:r w:rsidR="00C5371B">
        <w:rPr>
          <w:rFonts w:cs="Open Sans"/>
          <w:color w:val="000000" w:themeColor="text1"/>
          <w:szCs w:val="24"/>
        </w:rPr>
        <w:t xml:space="preserve">. </w:t>
      </w:r>
      <w:r w:rsidRPr="0045031A">
        <w:rPr>
          <w:color w:val="000000" w:themeColor="text1"/>
        </w:rPr>
        <w:t xml:space="preserve">City Clerk Erin Ford made the first reading of Bill No. </w:t>
      </w:r>
      <w:r w:rsidR="00C5371B">
        <w:rPr>
          <w:color w:val="000000" w:themeColor="text1"/>
        </w:rPr>
        <w:t>5409</w:t>
      </w:r>
      <w:r w:rsidRPr="0045031A">
        <w:rPr>
          <w:color w:val="000000" w:themeColor="text1"/>
        </w:rPr>
        <w:t xml:space="preserve"> by title; copies of the proposed Bill having previously been made available to the public.</w:t>
      </w:r>
    </w:p>
    <w:p w14:paraId="0DADC924" w14:textId="0BFB79D4" w:rsidR="0038293A" w:rsidRPr="0045031A" w:rsidRDefault="0038293A" w:rsidP="0038293A">
      <w:pPr>
        <w:spacing w:after="240" w:line="360" w:lineRule="auto"/>
        <w:rPr>
          <w:color w:val="000000" w:themeColor="text1"/>
        </w:rPr>
      </w:pPr>
      <w:r w:rsidRPr="0045031A">
        <w:rPr>
          <w:color w:val="000000" w:themeColor="text1"/>
        </w:rPr>
        <w:t xml:space="preserve">Councilmember </w:t>
      </w:r>
      <w:r w:rsidR="001E4543">
        <w:rPr>
          <w:color w:val="000000" w:themeColor="text1"/>
        </w:rPr>
        <w:t>Tholen</w:t>
      </w:r>
      <w:r w:rsidRPr="0045031A">
        <w:rPr>
          <w:color w:val="000000" w:themeColor="text1"/>
        </w:rPr>
        <w:t xml:space="preserve"> moved to approve Bill No. </w:t>
      </w:r>
      <w:r w:rsidR="00C5371B">
        <w:rPr>
          <w:color w:val="000000" w:themeColor="text1"/>
        </w:rPr>
        <w:t>5409</w:t>
      </w:r>
      <w:r w:rsidRPr="0045031A">
        <w:rPr>
          <w:color w:val="000000" w:themeColor="text1"/>
        </w:rPr>
        <w:t xml:space="preserve"> upon its first reading and proceed with the second reading. Motion seconded by Councilmember </w:t>
      </w:r>
      <w:r w:rsidR="001E4543">
        <w:rPr>
          <w:color w:val="000000" w:themeColor="text1"/>
        </w:rPr>
        <w:t>Brummel</w:t>
      </w:r>
      <w:r w:rsidRPr="0045031A">
        <w:rPr>
          <w:color w:val="000000" w:themeColor="text1"/>
        </w:rPr>
        <w:t xml:space="preserve"> and carried unanimously.</w:t>
      </w:r>
    </w:p>
    <w:p w14:paraId="5F0A11DD" w14:textId="0B5C3F75" w:rsidR="0038293A" w:rsidRPr="005607D7" w:rsidRDefault="0038293A" w:rsidP="0038293A">
      <w:pPr>
        <w:pStyle w:val="Heading3"/>
        <w:spacing w:line="360" w:lineRule="auto"/>
        <w:rPr>
          <w:rFonts w:cs="Segoe UI"/>
          <w:bCs w:val="0"/>
        </w:rPr>
      </w:pPr>
      <w:r w:rsidRPr="00EE3638">
        <w:rPr>
          <w:rFonts w:ascii="Segoe UI" w:hAnsi="Segoe UI" w:cs="Segoe UI"/>
          <w:b/>
          <w:bCs w:val="0"/>
        </w:rPr>
        <w:t xml:space="preserve">SECOND READING – BILL NUMBER </w:t>
      </w:r>
      <w:r w:rsidR="00C5371B">
        <w:rPr>
          <w:rFonts w:ascii="Segoe UI" w:hAnsi="Segoe UI" w:cs="Segoe UI"/>
          <w:b/>
          <w:bCs w:val="0"/>
        </w:rPr>
        <w:t>5409</w:t>
      </w:r>
    </w:p>
    <w:p w14:paraId="205C366F" w14:textId="3B3E6A75" w:rsidR="0038293A" w:rsidRDefault="0038293A" w:rsidP="0038293A">
      <w:pPr>
        <w:spacing w:line="360" w:lineRule="auto"/>
        <w:rPr>
          <w:color w:val="000000" w:themeColor="text1"/>
        </w:rPr>
      </w:pPr>
      <w:r w:rsidRPr="0045031A">
        <w:rPr>
          <w:color w:val="000000" w:themeColor="text1"/>
        </w:rPr>
        <w:t xml:space="preserve">Ms. Ford made the second reading of Bill Number </w:t>
      </w:r>
      <w:r w:rsidR="00C5371B">
        <w:rPr>
          <w:color w:val="000000" w:themeColor="text1"/>
        </w:rPr>
        <w:t>5409</w:t>
      </w:r>
      <w:r w:rsidRPr="0045031A">
        <w:rPr>
          <w:color w:val="000000" w:themeColor="text1"/>
        </w:rPr>
        <w:t xml:space="preserve"> by title.  Councilmember </w:t>
      </w:r>
      <w:r w:rsidR="001E4543">
        <w:rPr>
          <w:color w:val="000000" w:themeColor="text1"/>
        </w:rPr>
        <w:t>Ericson</w:t>
      </w:r>
      <w:r w:rsidRPr="0045031A">
        <w:rPr>
          <w:color w:val="000000" w:themeColor="text1"/>
        </w:rPr>
        <w:t xml:space="preserve"> moved to adopt Bill Number </w:t>
      </w:r>
      <w:r w:rsidR="00C5371B">
        <w:rPr>
          <w:color w:val="000000" w:themeColor="text1"/>
        </w:rPr>
        <w:t>5409</w:t>
      </w:r>
      <w:r w:rsidRPr="0045031A">
        <w:rPr>
          <w:color w:val="000000" w:themeColor="text1"/>
        </w:rPr>
        <w:t xml:space="preserve"> upon its second reading and give it ORDINANCE Number </w:t>
      </w:r>
      <w:r w:rsidR="00C5371B">
        <w:rPr>
          <w:color w:val="000000" w:themeColor="text1"/>
        </w:rPr>
        <w:t>5505</w:t>
      </w:r>
      <w:r w:rsidRPr="0045031A">
        <w:rPr>
          <w:color w:val="000000" w:themeColor="text1"/>
        </w:rPr>
        <w:t xml:space="preserve"> with a copy attached hereto and made a part of the minutes. Motion seconded by Councilmember </w:t>
      </w:r>
      <w:r w:rsidR="001E4543">
        <w:rPr>
          <w:color w:val="000000" w:themeColor="text1"/>
        </w:rPr>
        <w:t>Rowan</w:t>
      </w:r>
      <w:r w:rsidRPr="0045031A">
        <w:rPr>
          <w:color w:val="000000" w:themeColor="text1"/>
        </w:rPr>
        <w:t xml:space="preserve"> and carried with the following</w:t>
      </w:r>
      <w:r>
        <w:rPr>
          <w:color w:val="000000" w:themeColor="text1"/>
        </w:rPr>
        <w:t>:</w:t>
      </w:r>
    </w:p>
    <w:p w14:paraId="0CA1106D" w14:textId="77777777" w:rsidR="0038293A" w:rsidRDefault="0038293A" w:rsidP="0038293A">
      <w:pPr>
        <w:pStyle w:val="Heading3"/>
        <w:spacing w:line="360" w:lineRule="auto"/>
      </w:pPr>
      <w:r>
        <w:t>V</w:t>
      </w:r>
      <w:r w:rsidRPr="0045031A">
        <w:t>OTE</w:t>
      </w:r>
    </w:p>
    <w:p w14:paraId="4DA0D40F" w14:textId="77777777" w:rsidR="0038293A" w:rsidRDefault="0038293A" w:rsidP="0038293A">
      <w:pPr>
        <w:spacing w:after="0" w:line="360" w:lineRule="auto"/>
      </w:pPr>
      <w:r>
        <w:t xml:space="preserve">Brummel – Aye </w:t>
      </w:r>
    </w:p>
    <w:p w14:paraId="2DF43305" w14:textId="77777777" w:rsidR="0038293A" w:rsidRDefault="0038293A" w:rsidP="0038293A">
      <w:pPr>
        <w:spacing w:after="0" w:line="360" w:lineRule="auto"/>
      </w:pPr>
      <w:r>
        <w:t>Ericson – Aye</w:t>
      </w:r>
    </w:p>
    <w:p w14:paraId="0C560C0E" w14:textId="77777777" w:rsidR="0038293A" w:rsidRDefault="0038293A" w:rsidP="0038293A">
      <w:pPr>
        <w:spacing w:after="0" w:line="360" w:lineRule="auto"/>
      </w:pPr>
      <w:r>
        <w:t>Markworth – Aye</w:t>
      </w:r>
    </w:p>
    <w:p w14:paraId="5C192244" w14:textId="77777777" w:rsidR="0038293A" w:rsidRDefault="0038293A" w:rsidP="0038293A">
      <w:pPr>
        <w:spacing w:after="0" w:line="360" w:lineRule="auto"/>
      </w:pPr>
      <w:r>
        <w:t>Rowan – Aye</w:t>
      </w:r>
    </w:p>
    <w:p w14:paraId="39EA7490" w14:textId="77777777" w:rsidR="00C5371B" w:rsidRDefault="00C5371B" w:rsidP="00C5371B">
      <w:pPr>
        <w:spacing w:after="0" w:line="360" w:lineRule="auto"/>
      </w:pPr>
      <w:r>
        <w:t xml:space="preserve">Kaylor – Aye </w:t>
      </w:r>
    </w:p>
    <w:p w14:paraId="728699CB" w14:textId="77777777" w:rsidR="00C5371B" w:rsidRDefault="00C5371B" w:rsidP="00C5371B">
      <w:pPr>
        <w:spacing w:after="0" w:line="360" w:lineRule="auto"/>
      </w:pPr>
      <w:r>
        <w:t xml:space="preserve">Tholen – Aye </w:t>
      </w:r>
    </w:p>
    <w:p w14:paraId="35EED42E" w14:textId="4B4478D9" w:rsidR="0038293A" w:rsidRDefault="0038293A" w:rsidP="0038293A">
      <w:pPr>
        <w:spacing w:after="240" w:line="360" w:lineRule="auto"/>
        <w:contextualSpacing/>
      </w:pPr>
      <w:r>
        <w:lastRenderedPageBreak/>
        <w:t>Mayor Lievsay – Aye</w:t>
      </w:r>
    </w:p>
    <w:p w14:paraId="3C1D6591" w14:textId="2565401E" w:rsidR="0038293A" w:rsidRPr="0045031A" w:rsidRDefault="0038293A" w:rsidP="0038293A">
      <w:pPr>
        <w:pStyle w:val="Heading2"/>
        <w:spacing w:line="360" w:lineRule="auto"/>
      </w:pPr>
      <w:r w:rsidRPr="0045031A">
        <w:t xml:space="preserve">PUBLIC HEARING – </w:t>
      </w:r>
      <w:r w:rsidR="001D6CCA">
        <w:t>“</w:t>
      </w:r>
      <w:r w:rsidR="00C5371B" w:rsidRPr="00C5371B">
        <w:rPr>
          <w:caps/>
        </w:rPr>
        <w:t>Iconic</w:t>
      </w:r>
      <w:r w:rsidR="001D6CCA">
        <w:rPr>
          <w:caps/>
        </w:rPr>
        <w:t xml:space="preserve"> BLUE SPRINGS”</w:t>
      </w:r>
      <w:r w:rsidR="00C5371B" w:rsidRPr="00C5371B">
        <w:rPr>
          <w:caps/>
        </w:rPr>
        <w:t xml:space="preserve"> Adams Dairy Parkway Rezoning</w:t>
      </w:r>
      <w:r w:rsidR="00C5371B">
        <w:rPr>
          <w:caps/>
        </w:rPr>
        <w:t xml:space="preserve"> </w:t>
      </w:r>
      <w:r w:rsidR="00C5371B" w:rsidRPr="00C5371B">
        <w:rPr>
          <w:caps/>
        </w:rPr>
        <w:t>(RZ-02-26-9822) and Planned Development Concept Plan</w:t>
      </w:r>
      <w:r w:rsidR="00C5371B">
        <w:rPr>
          <w:caps/>
        </w:rPr>
        <w:t xml:space="preserve"> </w:t>
      </w:r>
      <w:r w:rsidR="00C5371B" w:rsidRPr="00C5371B">
        <w:rPr>
          <w:caps/>
        </w:rPr>
        <w:t>(PDC-02-26-9823)</w:t>
      </w:r>
    </w:p>
    <w:p w14:paraId="4ECE4D28" w14:textId="3E4627CA" w:rsidR="0038293A" w:rsidRPr="0045031A" w:rsidRDefault="001D6CCA" w:rsidP="0038293A">
      <w:pPr>
        <w:spacing w:after="240" w:line="360" w:lineRule="auto"/>
        <w:rPr>
          <w:rFonts w:cs="Open Sans"/>
          <w:color w:val="000000" w:themeColor="text1"/>
          <w:szCs w:val="24"/>
        </w:rPr>
      </w:pPr>
      <w:r>
        <w:rPr>
          <w:rFonts w:cs="Open Sans"/>
          <w:color w:val="000000" w:themeColor="text1"/>
          <w:szCs w:val="24"/>
        </w:rPr>
        <w:t>Mayor Lievsay</w:t>
      </w:r>
      <w:r w:rsidRPr="0045031A">
        <w:rPr>
          <w:rFonts w:cs="Open Sans"/>
          <w:color w:val="000000" w:themeColor="text1"/>
          <w:szCs w:val="24"/>
        </w:rPr>
        <w:t xml:space="preserve"> </w:t>
      </w:r>
      <w:r w:rsidR="0038293A" w:rsidRPr="0045031A">
        <w:rPr>
          <w:rFonts w:cs="Open Sans"/>
          <w:color w:val="000000" w:themeColor="text1"/>
          <w:szCs w:val="24"/>
        </w:rPr>
        <w:t>opened the Public Hearing</w:t>
      </w:r>
      <w:r w:rsidR="0038293A">
        <w:rPr>
          <w:rFonts w:cs="Open Sans"/>
          <w:color w:val="000000" w:themeColor="text1"/>
          <w:szCs w:val="24"/>
        </w:rPr>
        <w:t xml:space="preserve"> at </w:t>
      </w:r>
      <w:r w:rsidR="001E4543">
        <w:rPr>
          <w:rFonts w:cs="Open Sans"/>
          <w:color w:val="000000" w:themeColor="text1"/>
          <w:szCs w:val="24"/>
        </w:rPr>
        <w:t>6</w:t>
      </w:r>
      <w:r w:rsidR="0038293A">
        <w:rPr>
          <w:rFonts w:cs="Open Sans"/>
          <w:color w:val="000000" w:themeColor="text1"/>
          <w:szCs w:val="24"/>
        </w:rPr>
        <w:t>:</w:t>
      </w:r>
      <w:r w:rsidR="001E4543">
        <w:rPr>
          <w:rFonts w:cs="Open Sans"/>
          <w:color w:val="000000" w:themeColor="text1"/>
          <w:szCs w:val="24"/>
        </w:rPr>
        <w:t>19</w:t>
      </w:r>
      <w:r w:rsidR="0038293A">
        <w:rPr>
          <w:rFonts w:cs="Open Sans"/>
          <w:color w:val="000000" w:themeColor="text1"/>
          <w:szCs w:val="24"/>
        </w:rPr>
        <w:t xml:space="preserve"> p.m.</w:t>
      </w:r>
      <w:r w:rsidR="0038293A" w:rsidRPr="0045031A">
        <w:rPr>
          <w:rFonts w:cs="Open Sans"/>
          <w:color w:val="000000" w:themeColor="text1"/>
          <w:szCs w:val="24"/>
        </w:rPr>
        <w:t xml:space="preserve"> to consider a </w:t>
      </w:r>
      <w:r w:rsidR="00C5371B">
        <w:rPr>
          <w:rFonts w:cs="Open Sans"/>
          <w:color w:val="000000" w:themeColor="text1"/>
          <w:szCs w:val="24"/>
        </w:rPr>
        <w:t>rezoning of</w:t>
      </w:r>
      <w:r>
        <w:rPr>
          <w:rFonts w:cs="Open Sans"/>
          <w:color w:val="000000" w:themeColor="text1"/>
          <w:szCs w:val="24"/>
        </w:rPr>
        <w:t xml:space="preserve"> a</w:t>
      </w:r>
      <w:r w:rsidR="00C5371B" w:rsidRPr="00C5371B">
        <w:rPr>
          <w:rFonts w:cs="Open Sans"/>
          <w:color w:val="000000" w:themeColor="text1"/>
          <w:szCs w:val="24"/>
        </w:rPr>
        <w:t>pproximately 23.02 +/- acres from Residential Estate and Agricultural-County to Planned Development Mixed Use (RZ-02-26-9822) for a mixed-use development, with a Planned Development Concept Plan (PDC-02-26-9823), located east of the intersections of Adams Dairy Parkway and Napoleon Drive</w:t>
      </w:r>
      <w:r w:rsidR="00C5371B">
        <w:rPr>
          <w:rFonts w:cs="Open Sans"/>
          <w:color w:val="000000" w:themeColor="text1"/>
          <w:szCs w:val="24"/>
        </w:rPr>
        <w:t>.</w:t>
      </w:r>
      <w:r w:rsidR="0038293A" w:rsidRPr="0045031A">
        <w:rPr>
          <w:rFonts w:cs="Open Sans"/>
          <w:color w:val="000000" w:themeColor="text1"/>
          <w:szCs w:val="24"/>
        </w:rPr>
        <w:t xml:space="preserve"> The </w:t>
      </w:r>
      <w:r w:rsidR="00C5371B">
        <w:rPr>
          <w:rFonts w:cs="Open Sans"/>
          <w:color w:val="000000" w:themeColor="text1"/>
          <w:szCs w:val="24"/>
        </w:rPr>
        <w:t xml:space="preserve">City Clerk </w:t>
      </w:r>
      <w:r w:rsidR="0038293A" w:rsidRPr="0045031A">
        <w:rPr>
          <w:rFonts w:cs="Open Sans"/>
          <w:color w:val="000000" w:themeColor="text1"/>
          <w:szCs w:val="24"/>
        </w:rPr>
        <w:t xml:space="preserve">entered </w:t>
      </w:r>
      <w:r w:rsidR="001E4543">
        <w:rPr>
          <w:rFonts w:cs="Open Sans"/>
          <w:color w:val="000000" w:themeColor="text1"/>
          <w:szCs w:val="24"/>
        </w:rPr>
        <w:t>one</w:t>
      </w:r>
      <w:r w:rsidR="0038293A" w:rsidRPr="0045031A">
        <w:rPr>
          <w:rFonts w:cs="Open Sans"/>
          <w:color w:val="000000" w:themeColor="text1"/>
          <w:szCs w:val="24"/>
        </w:rPr>
        <w:t xml:space="preserve"> </w:t>
      </w:r>
      <w:proofErr w:type="gramStart"/>
      <w:r w:rsidR="0038293A" w:rsidRPr="0045031A">
        <w:rPr>
          <w:rFonts w:cs="Open Sans"/>
          <w:color w:val="000000" w:themeColor="text1"/>
          <w:szCs w:val="24"/>
        </w:rPr>
        <w:t>exhibits</w:t>
      </w:r>
      <w:proofErr w:type="gramEnd"/>
      <w:r w:rsidR="0038293A" w:rsidRPr="0045031A">
        <w:rPr>
          <w:rFonts w:cs="Open Sans"/>
          <w:color w:val="000000" w:themeColor="text1"/>
          <w:szCs w:val="24"/>
        </w:rPr>
        <w:t xml:space="preserve"> into the record.</w:t>
      </w:r>
    </w:p>
    <w:p w14:paraId="5B72DD6F" w14:textId="77777777" w:rsidR="0038293A" w:rsidRPr="0045031A" w:rsidRDefault="0038293A" w:rsidP="0038293A">
      <w:pPr>
        <w:pStyle w:val="Heading3"/>
        <w:spacing w:line="360" w:lineRule="auto"/>
      </w:pPr>
      <w:r w:rsidRPr="0045031A">
        <w:t>STAFF REPORT</w:t>
      </w:r>
    </w:p>
    <w:p w14:paraId="1167C51E" w14:textId="5501C88B" w:rsidR="001E4543" w:rsidRPr="0045031A" w:rsidRDefault="0038293A" w:rsidP="0038293A">
      <w:pPr>
        <w:spacing w:after="240" w:line="360" w:lineRule="auto"/>
        <w:rPr>
          <w:color w:val="000000" w:themeColor="text1"/>
        </w:rPr>
      </w:pPr>
      <w:r w:rsidRPr="0045031A">
        <w:rPr>
          <w:color w:val="000000" w:themeColor="text1"/>
        </w:rPr>
        <w:t xml:space="preserve">Planner </w:t>
      </w:r>
      <w:r w:rsidR="00395EA5">
        <w:rPr>
          <w:color w:val="000000" w:themeColor="text1"/>
        </w:rPr>
        <w:t>Logan Day</w:t>
      </w:r>
      <w:r w:rsidRPr="0045031A">
        <w:rPr>
          <w:color w:val="000000" w:themeColor="text1"/>
        </w:rPr>
        <w:t xml:space="preserve"> reviewed the details of the proposed </w:t>
      </w:r>
      <w:r w:rsidR="00C5371B">
        <w:rPr>
          <w:color w:val="000000" w:themeColor="text1"/>
        </w:rPr>
        <w:t>Rezoning and Planned Development Concept Plan</w:t>
      </w:r>
      <w:r w:rsidRPr="0045031A">
        <w:rPr>
          <w:color w:val="000000" w:themeColor="text1"/>
        </w:rPr>
        <w:t xml:space="preserve"> and addressed questions from the Council.</w:t>
      </w:r>
    </w:p>
    <w:p w14:paraId="52B7ABDC" w14:textId="77777777" w:rsidR="0038293A" w:rsidRPr="0045031A" w:rsidRDefault="0038293A" w:rsidP="0038293A">
      <w:pPr>
        <w:pStyle w:val="Heading3"/>
        <w:spacing w:line="360" w:lineRule="auto"/>
      </w:pPr>
      <w:r w:rsidRPr="0045031A">
        <w:t>APPLICANT</w:t>
      </w:r>
    </w:p>
    <w:p w14:paraId="6B48FB19" w14:textId="4944494F" w:rsidR="0038293A" w:rsidRPr="0045031A" w:rsidRDefault="0038293A" w:rsidP="0038293A">
      <w:pPr>
        <w:spacing w:after="240" w:line="360" w:lineRule="auto"/>
        <w:rPr>
          <w:color w:val="000000" w:themeColor="text1"/>
        </w:rPr>
      </w:pPr>
      <w:r w:rsidRPr="0045031A">
        <w:rPr>
          <w:color w:val="000000" w:themeColor="text1"/>
        </w:rPr>
        <w:t>The applicant</w:t>
      </w:r>
      <w:r w:rsidR="001E4543">
        <w:rPr>
          <w:color w:val="000000" w:themeColor="text1"/>
        </w:rPr>
        <w:t>’s representative</w:t>
      </w:r>
      <w:r w:rsidRPr="0045031A">
        <w:rPr>
          <w:color w:val="000000" w:themeColor="text1"/>
        </w:rPr>
        <w:t xml:space="preserve">, </w:t>
      </w:r>
      <w:r w:rsidR="001E4543">
        <w:rPr>
          <w:color w:val="000000" w:themeColor="text1"/>
        </w:rPr>
        <w:t xml:space="preserve">Matt Tapp, </w:t>
      </w:r>
      <w:r w:rsidRPr="0045031A">
        <w:rPr>
          <w:color w:val="000000" w:themeColor="text1"/>
        </w:rPr>
        <w:t>was available to address questions from Council.</w:t>
      </w:r>
    </w:p>
    <w:p w14:paraId="468E8364" w14:textId="77777777" w:rsidR="0038293A" w:rsidRPr="0045031A" w:rsidRDefault="0038293A" w:rsidP="0038293A">
      <w:pPr>
        <w:pStyle w:val="Heading3"/>
        <w:spacing w:line="360" w:lineRule="auto"/>
        <w:rPr>
          <w:rFonts w:ascii="Open Sans" w:hAnsi="Open Sans"/>
        </w:rPr>
      </w:pPr>
      <w:r w:rsidRPr="0045031A">
        <w:t>IN OPPOSITION TO</w:t>
      </w:r>
    </w:p>
    <w:p w14:paraId="64536BD1" w14:textId="3E75B653" w:rsidR="0038293A" w:rsidRDefault="001E4543" w:rsidP="0038293A">
      <w:pPr>
        <w:spacing w:after="240" w:line="360" w:lineRule="auto"/>
        <w:rPr>
          <w:color w:val="000000" w:themeColor="text1"/>
        </w:rPr>
      </w:pPr>
      <w:r>
        <w:rPr>
          <w:color w:val="000000" w:themeColor="text1"/>
        </w:rPr>
        <w:t>Abbas Haideri</w:t>
      </w:r>
      <w:r w:rsidR="0038293A" w:rsidRPr="0045031A">
        <w:rPr>
          <w:color w:val="000000" w:themeColor="text1"/>
        </w:rPr>
        <w:t xml:space="preserve"> spoke in opposition.</w:t>
      </w:r>
    </w:p>
    <w:p w14:paraId="6F5C1E9E" w14:textId="44FD3CA9" w:rsidR="0038293A" w:rsidRPr="0045031A" w:rsidRDefault="0038293A" w:rsidP="0038293A">
      <w:pPr>
        <w:spacing w:after="240" w:line="360" w:lineRule="auto"/>
        <w:rPr>
          <w:color w:val="000000" w:themeColor="text1"/>
        </w:rPr>
      </w:pPr>
      <w:r w:rsidRPr="008A561F">
        <w:rPr>
          <w:color w:val="000000" w:themeColor="text1"/>
        </w:rPr>
        <w:t xml:space="preserve">The </w:t>
      </w:r>
      <w:proofErr w:type="gramStart"/>
      <w:r w:rsidRPr="008A561F">
        <w:rPr>
          <w:color w:val="000000" w:themeColor="text1"/>
        </w:rPr>
        <w:t>Mayor</w:t>
      </w:r>
      <w:proofErr w:type="gramEnd"/>
      <w:r w:rsidRPr="008A561F">
        <w:rPr>
          <w:color w:val="000000" w:themeColor="text1"/>
        </w:rPr>
        <w:t xml:space="preserve"> hearing no further comments for or against, closed the public hearing at</w:t>
      </w:r>
      <w:r w:rsidR="001E4543">
        <w:rPr>
          <w:color w:val="000000" w:themeColor="text1"/>
        </w:rPr>
        <w:t xml:space="preserve"> 6</w:t>
      </w:r>
      <w:r>
        <w:rPr>
          <w:color w:val="000000" w:themeColor="text1"/>
        </w:rPr>
        <w:t>:</w:t>
      </w:r>
      <w:r w:rsidR="001E4543">
        <w:rPr>
          <w:color w:val="000000" w:themeColor="text1"/>
        </w:rPr>
        <w:t>47</w:t>
      </w:r>
      <w:r w:rsidRPr="008A561F">
        <w:rPr>
          <w:color w:val="000000" w:themeColor="text1"/>
        </w:rPr>
        <w:t xml:space="preserve"> p.m.</w:t>
      </w:r>
    </w:p>
    <w:p w14:paraId="073A52ED" w14:textId="3060E9AF" w:rsidR="0038293A" w:rsidRPr="0045031A" w:rsidRDefault="0038293A" w:rsidP="0038293A">
      <w:pPr>
        <w:pStyle w:val="Heading2"/>
        <w:spacing w:line="360" w:lineRule="auto"/>
      </w:pPr>
      <w:r w:rsidRPr="0045031A">
        <w:lastRenderedPageBreak/>
        <w:t xml:space="preserve">PUBLIC HEARING – </w:t>
      </w:r>
      <w:r w:rsidR="001D6CCA">
        <w:t>“</w:t>
      </w:r>
      <w:r w:rsidR="00B54A99" w:rsidRPr="00B54A99">
        <w:rPr>
          <w:caps/>
        </w:rPr>
        <w:t>Iconic</w:t>
      </w:r>
      <w:r w:rsidR="001D6CCA">
        <w:rPr>
          <w:caps/>
        </w:rPr>
        <w:t xml:space="preserve"> BLUE SPRINGS”</w:t>
      </w:r>
      <w:r w:rsidR="00B54A99" w:rsidRPr="00B54A99">
        <w:rPr>
          <w:caps/>
        </w:rPr>
        <w:t xml:space="preserve"> Adams Dairy Parkway Community Improvement District</w:t>
      </w:r>
    </w:p>
    <w:p w14:paraId="638C0A1D" w14:textId="654ACD1E" w:rsidR="0038293A" w:rsidRPr="0045031A" w:rsidRDefault="001D6CCA" w:rsidP="0038293A">
      <w:pPr>
        <w:spacing w:after="240" w:line="360" w:lineRule="auto"/>
        <w:rPr>
          <w:rFonts w:cs="Open Sans"/>
          <w:color w:val="000000" w:themeColor="text1"/>
          <w:szCs w:val="24"/>
        </w:rPr>
      </w:pPr>
      <w:r>
        <w:rPr>
          <w:rFonts w:cs="Open Sans"/>
          <w:color w:val="000000" w:themeColor="text1"/>
          <w:szCs w:val="24"/>
        </w:rPr>
        <w:t>Mayor Lievsay</w:t>
      </w:r>
      <w:r w:rsidRPr="0045031A">
        <w:rPr>
          <w:rFonts w:cs="Open Sans"/>
          <w:color w:val="000000" w:themeColor="text1"/>
          <w:szCs w:val="24"/>
        </w:rPr>
        <w:t xml:space="preserve"> </w:t>
      </w:r>
      <w:r w:rsidR="0038293A" w:rsidRPr="0045031A">
        <w:rPr>
          <w:rFonts w:cs="Open Sans"/>
          <w:color w:val="000000" w:themeColor="text1"/>
          <w:szCs w:val="24"/>
        </w:rPr>
        <w:t>opened the Public Hearing</w:t>
      </w:r>
      <w:r w:rsidR="0038293A">
        <w:rPr>
          <w:rFonts w:cs="Open Sans"/>
          <w:color w:val="000000" w:themeColor="text1"/>
          <w:szCs w:val="24"/>
        </w:rPr>
        <w:t xml:space="preserve"> at </w:t>
      </w:r>
      <w:r w:rsidR="001E4543">
        <w:rPr>
          <w:rFonts w:cs="Open Sans"/>
          <w:color w:val="000000" w:themeColor="text1"/>
          <w:szCs w:val="24"/>
        </w:rPr>
        <w:t>6</w:t>
      </w:r>
      <w:r w:rsidR="0038293A">
        <w:rPr>
          <w:rFonts w:cs="Open Sans"/>
          <w:color w:val="000000" w:themeColor="text1"/>
          <w:szCs w:val="24"/>
        </w:rPr>
        <w:t>:</w:t>
      </w:r>
      <w:r w:rsidR="001E4543">
        <w:rPr>
          <w:rFonts w:cs="Open Sans"/>
          <w:color w:val="000000" w:themeColor="text1"/>
          <w:szCs w:val="24"/>
        </w:rPr>
        <w:t>47</w:t>
      </w:r>
      <w:r w:rsidR="0038293A">
        <w:rPr>
          <w:rFonts w:cs="Open Sans"/>
          <w:color w:val="000000" w:themeColor="text1"/>
          <w:szCs w:val="24"/>
        </w:rPr>
        <w:t xml:space="preserve"> p.m.</w:t>
      </w:r>
      <w:r w:rsidR="0038293A" w:rsidRPr="0045031A">
        <w:rPr>
          <w:rFonts w:cs="Open Sans"/>
          <w:color w:val="000000" w:themeColor="text1"/>
          <w:szCs w:val="24"/>
        </w:rPr>
        <w:t xml:space="preserve"> to </w:t>
      </w:r>
      <w:r w:rsidR="00B54A99" w:rsidRPr="00B54A99">
        <w:rPr>
          <w:rFonts w:cs="Open Sans"/>
          <w:color w:val="000000" w:themeColor="text1"/>
          <w:szCs w:val="24"/>
        </w:rPr>
        <w:t>receive public comment on the creation of the Adams Dairy Parkway Community Improvement District</w:t>
      </w:r>
      <w:r w:rsidR="0038293A">
        <w:rPr>
          <w:rFonts w:cs="Open Sans"/>
          <w:color w:val="000000" w:themeColor="text1"/>
          <w:szCs w:val="24"/>
        </w:rPr>
        <w:t xml:space="preserve">. </w:t>
      </w:r>
      <w:r w:rsidR="0038293A" w:rsidRPr="0045031A">
        <w:rPr>
          <w:rFonts w:cs="Open Sans"/>
          <w:color w:val="000000" w:themeColor="text1"/>
          <w:szCs w:val="24"/>
        </w:rPr>
        <w:t xml:space="preserve">The </w:t>
      </w:r>
      <w:r w:rsidR="00B54A99">
        <w:rPr>
          <w:rFonts w:cs="Open Sans"/>
          <w:color w:val="000000" w:themeColor="text1"/>
          <w:szCs w:val="24"/>
        </w:rPr>
        <w:t xml:space="preserve">City Clerk </w:t>
      </w:r>
      <w:r w:rsidR="0038293A" w:rsidRPr="0045031A">
        <w:rPr>
          <w:rFonts w:cs="Open Sans"/>
          <w:color w:val="000000" w:themeColor="text1"/>
          <w:szCs w:val="24"/>
        </w:rPr>
        <w:t xml:space="preserve">entered </w:t>
      </w:r>
      <w:r w:rsidR="001E4543">
        <w:rPr>
          <w:rFonts w:cs="Open Sans"/>
          <w:color w:val="000000" w:themeColor="text1"/>
          <w:szCs w:val="24"/>
        </w:rPr>
        <w:t>one</w:t>
      </w:r>
      <w:r w:rsidR="0038293A" w:rsidRPr="0045031A">
        <w:rPr>
          <w:rFonts w:cs="Open Sans"/>
          <w:color w:val="000000" w:themeColor="text1"/>
          <w:szCs w:val="24"/>
        </w:rPr>
        <w:t xml:space="preserve"> </w:t>
      </w:r>
      <w:proofErr w:type="gramStart"/>
      <w:r w:rsidR="0038293A" w:rsidRPr="0045031A">
        <w:rPr>
          <w:rFonts w:cs="Open Sans"/>
          <w:color w:val="000000" w:themeColor="text1"/>
          <w:szCs w:val="24"/>
        </w:rPr>
        <w:t>exhibits</w:t>
      </w:r>
      <w:proofErr w:type="gramEnd"/>
      <w:r w:rsidR="0038293A" w:rsidRPr="0045031A">
        <w:rPr>
          <w:rFonts w:cs="Open Sans"/>
          <w:color w:val="000000" w:themeColor="text1"/>
          <w:szCs w:val="24"/>
        </w:rPr>
        <w:t xml:space="preserve"> into the record.</w:t>
      </w:r>
    </w:p>
    <w:p w14:paraId="0E6CE756" w14:textId="05847705" w:rsidR="0038293A" w:rsidRPr="0045031A" w:rsidRDefault="001E4543" w:rsidP="0038293A">
      <w:pPr>
        <w:pStyle w:val="Heading3"/>
        <w:spacing w:line="360" w:lineRule="auto"/>
      </w:pPr>
      <w:r>
        <w:t>PRESENTATIONS</w:t>
      </w:r>
    </w:p>
    <w:p w14:paraId="02F377D5" w14:textId="1EC29E39" w:rsidR="0038293A" w:rsidRPr="0045031A" w:rsidRDefault="001E4543" w:rsidP="0038293A">
      <w:pPr>
        <w:spacing w:after="240" w:line="360" w:lineRule="auto"/>
        <w:rPr>
          <w:color w:val="000000" w:themeColor="text1"/>
        </w:rPr>
      </w:pPr>
      <w:r>
        <w:rPr>
          <w:color w:val="000000" w:themeColor="text1"/>
        </w:rPr>
        <w:t xml:space="preserve">Kurt Peterson with Polsinelli Law Firm, Kolbe </w:t>
      </w:r>
      <w:r w:rsidRPr="001E4543">
        <w:rPr>
          <w:color w:val="000000" w:themeColor="text1"/>
        </w:rPr>
        <w:t>Krzyzanowski</w:t>
      </w:r>
      <w:r>
        <w:rPr>
          <w:color w:val="000000" w:themeColor="text1"/>
        </w:rPr>
        <w:t xml:space="preserve"> with Baker Tilley, Sarah Granath with Gilmore and Bell</w:t>
      </w:r>
      <w:r w:rsidR="0038293A" w:rsidRPr="0045031A">
        <w:rPr>
          <w:color w:val="000000" w:themeColor="text1"/>
        </w:rPr>
        <w:t xml:space="preserve"> </w:t>
      </w:r>
      <w:r w:rsidR="00C44427">
        <w:rPr>
          <w:color w:val="000000" w:themeColor="text1"/>
        </w:rPr>
        <w:t xml:space="preserve">and Jake Loveless </w:t>
      </w:r>
      <w:r w:rsidR="0038293A" w:rsidRPr="0045031A">
        <w:rPr>
          <w:color w:val="000000" w:themeColor="text1"/>
        </w:rPr>
        <w:t xml:space="preserve">reviewed the details of the proposed </w:t>
      </w:r>
      <w:r>
        <w:rPr>
          <w:color w:val="000000" w:themeColor="text1"/>
        </w:rPr>
        <w:t>Community Improvement District</w:t>
      </w:r>
      <w:r w:rsidR="0038293A" w:rsidRPr="0045031A">
        <w:rPr>
          <w:color w:val="000000" w:themeColor="text1"/>
        </w:rPr>
        <w:t xml:space="preserve"> and addressed questions from the Council.</w:t>
      </w:r>
    </w:p>
    <w:p w14:paraId="41544FE5" w14:textId="2941C76A" w:rsidR="0038293A" w:rsidRPr="0045031A" w:rsidRDefault="0038293A" w:rsidP="0038293A">
      <w:pPr>
        <w:spacing w:after="240" w:line="360" w:lineRule="auto"/>
        <w:rPr>
          <w:color w:val="000000" w:themeColor="text1"/>
        </w:rPr>
      </w:pPr>
      <w:r w:rsidRPr="008A561F">
        <w:rPr>
          <w:color w:val="000000" w:themeColor="text1"/>
        </w:rPr>
        <w:t xml:space="preserve">The </w:t>
      </w:r>
      <w:proofErr w:type="gramStart"/>
      <w:r w:rsidRPr="008A561F">
        <w:rPr>
          <w:color w:val="000000" w:themeColor="text1"/>
        </w:rPr>
        <w:t>Mayor</w:t>
      </w:r>
      <w:proofErr w:type="gramEnd"/>
      <w:r w:rsidRPr="008A561F">
        <w:rPr>
          <w:color w:val="000000" w:themeColor="text1"/>
        </w:rPr>
        <w:t xml:space="preserve"> hearing no further comments for or against, closed the public hearing at</w:t>
      </w:r>
      <w:r>
        <w:rPr>
          <w:color w:val="000000" w:themeColor="text1"/>
        </w:rPr>
        <w:t xml:space="preserve"> </w:t>
      </w:r>
      <w:r w:rsidR="001E4543">
        <w:rPr>
          <w:color w:val="000000" w:themeColor="text1"/>
        </w:rPr>
        <w:t>7</w:t>
      </w:r>
      <w:r>
        <w:rPr>
          <w:color w:val="000000" w:themeColor="text1"/>
        </w:rPr>
        <w:t>:</w:t>
      </w:r>
      <w:r w:rsidR="001E4543">
        <w:rPr>
          <w:color w:val="000000" w:themeColor="text1"/>
        </w:rPr>
        <w:t>06</w:t>
      </w:r>
      <w:r w:rsidRPr="008A561F">
        <w:rPr>
          <w:color w:val="000000" w:themeColor="text1"/>
        </w:rPr>
        <w:t xml:space="preserve"> p.m.</w:t>
      </w:r>
    </w:p>
    <w:p w14:paraId="04CFE9A5" w14:textId="7977D967" w:rsidR="0038293A" w:rsidRPr="0045031A" w:rsidRDefault="0038293A" w:rsidP="0038293A">
      <w:pPr>
        <w:pStyle w:val="Heading2"/>
        <w:spacing w:line="360" w:lineRule="auto"/>
      </w:pPr>
      <w:r w:rsidRPr="0045031A">
        <w:t xml:space="preserve">PUBLIC HEARING – </w:t>
      </w:r>
      <w:r w:rsidR="001D6CCA">
        <w:t>“ICONIC BLUE SPRINGS” ADAMS DAIRY PARKWAY INDUSTRIAL DEVELOPMENT PROJECT AND CHAPTER 100 BONDS</w:t>
      </w:r>
    </w:p>
    <w:p w14:paraId="374308D4" w14:textId="4E11772D" w:rsidR="0038293A" w:rsidRPr="0045031A" w:rsidRDefault="001D6CCA" w:rsidP="0038293A">
      <w:pPr>
        <w:spacing w:after="240" w:line="360" w:lineRule="auto"/>
        <w:rPr>
          <w:rFonts w:cs="Open Sans"/>
          <w:color w:val="000000" w:themeColor="text1"/>
          <w:szCs w:val="24"/>
        </w:rPr>
      </w:pPr>
      <w:r>
        <w:rPr>
          <w:rFonts w:cs="Open Sans"/>
          <w:color w:val="000000" w:themeColor="text1"/>
          <w:szCs w:val="24"/>
        </w:rPr>
        <w:t>Mayor Lievsay</w:t>
      </w:r>
      <w:r w:rsidRPr="0045031A">
        <w:rPr>
          <w:rFonts w:cs="Open Sans"/>
          <w:color w:val="000000" w:themeColor="text1"/>
          <w:szCs w:val="24"/>
        </w:rPr>
        <w:t xml:space="preserve"> </w:t>
      </w:r>
      <w:r w:rsidR="0038293A" w:rsidRPr="0045031A">
        <w:rPr>
          <w:rFonts w:cs="Open Sans"/>
          <w:color w:val="000000" w:themeColor="text1"/>
          <w:szCs w:val="24"/>
        </w:rPr>
        <w:t>opened the Public Hearing</w:t>
      </w:r>
      <w:r w:rsidR="0038293A">
        <w:rPr>
          <w:rFonts w:cs="Open Sans"/>
          <w:color w:val="000000" w:themeColor="text1"/>
          <w:szCs w:val="24"/>
        </w:rPr>
        <w:t xml:space="preserve"> at</w:t>
      </w:r>
      <w:r w:rsidR="00C44427">
        <w:rPr>
          <w:rFonts w:cs="Open Sans"/>
          <w:color w:val="000000" w:themeColor="text1"/>
          <w:szCs w:val="24"/>
        </w:rPr>
        <w:t xml:space="preserve"> 7</w:t>
      </w:r>
      <w:r w:rsidR="0038293A">
        <w:rPr>
          <w:rFonts w:cs="Open Sans"/>
          <w:color w:val="000000" w:themeColor="text1"/>
          <w:szCs w:val="24"/>
        </w:rPr>
        <w:t>:</w:t>
      </w:r>
      <w:r w:rsidR="00C44427">
        <w:rPr>
          <w:rFonts w:cs="Open Sans"/>
          <w:color w:val="000000" w:themeColor="text1"/>
          <w:szCs w:val="24"/>
        </w:rPr>
        <w:t>07</w:t>
      </w:r>
      <w:r w:rsidR="0038293A">
        <w:rPr>
          <w:rFonts w:cs="Open Sans"/>
          <w:color w:val="000000" w:themeColor="text1"/>
          <w:szCs w:val="24"/>
        </w:rPr>
        <w:t xml:space="preserve"> p.m.</w:t>
      </w:r>
      <w:r w:rsidR="0038293A" w:rsidRPr="0045031A">
        <w:rPr>
          <w:rFonts w:cs="Open Sans"/>
          <w:color w:val="000000" w:themeColor="text1"/>
          <w:szCs w:val="24"/>
        </w:rPr>
        <w:t xml:space="preserve"> to </w:t>
      </w:r>
      <w:r w:rsidRPr="001D6CCA">
        <w:rPr>
          <w:rFonts w:cs="Open Sans"/>
          <w:color w:val="000000" w:themeColor="text1"/>
          <w:szCs w:val="24"/>
        </w:rPr>
        <w:t>receive comment on a plan for an industrial development project for the Adams Dairy Parkway Apartment project</w:t>
      </w:r>
      <w:r w:rsidR="0038293A">
        <w:rPr>
          <w:rFonts w:cs="Open Sans"/>
          <w:color w:val="000000" w:themeColor="text1"/>
          <w:szCs w:val="24"/>
        </w:rPr>
        <w:t xml:space="preserve">. </w:t>
      </w:r>
      <w:r w:rsidR="0038293A" w:rsidRPr="0045031A">
        <w:rPr>
          <w:rFonts w:cs="Open Sans"/>
          <w:color w:val="000000" w:themeColor="text1"/>
          <w:szCs w:val="24"/>
        </w:rPr>
        <w:t xml:space="preserve">The </w:t>
      </w:r>
      <w:r>
        <w:rPr>
          <w:rFonts w:cs="Open Sans"/>
          <w:color w:val="000000" w:themeColor="text1"/>
          <w:szCs w:val="24"/>
        </w:rPr>
        <w:t xml:space="preserve">City Clerk </w:t>
      </w:r>
      <w:r w:rsidR="0038293A" w:rsidRPr="0045031A">
        <w:rPr>
          <w:rFonts w:cs="Open Sans"/>
          <w:color w:val="000000" w:themeColor="text1"/>
          <w:szCs w:val="24"/>
        </w:rPr>
        <w:t xml:space="preserve">entered </w:t>
      </w:r>
      <w:r w:rsidR="00C44427">
        <w:rPr>
          <w:rFonts w:cs="Open Sans"/>
          <w:color w:val="000000" w:themeColor="text1"/>
          <w:szCs w:val="24"/>
        </w:rPr>
        <w:t>one</w:t>
      </w:r>
      <w:r w:rsidR="0038293A" w:rsidRPr="0045031A">
        <w:rPr>
          <w:rFonts w:cs="Open Sans"/>
          <w:color w:val="000000" w:themeColor="text1"/>
          <w:szCs w:val="24"/>
        </w:rPr>
        <w:t xml:space="preserve"> </w:t>
      </w:r>
      <w:proofErr w:type="gramStart"/>
      <w:r w:rsidR="0038293A" w:rsidRPr="0045031A">
        <w:rPr>
          <w:rFonts w:cs="Open Sans"/>
          <w:color w:val="000000" w:themeColor="text1"/>
          <w:szCs w:val="24"/>
        </w:rPr>
        <w:t>exhibits</w:t>
      </w:r>
      <w:proofErr w:type="gramEnd"/>
      <w:r w:rsidR="0038293A" w:rsidRPr="0045031A">
        <w:rPr>
          <w:rFonts w:cs="Open Sans"/>
          <w:color w:val="000000" w:themeColor="text1"/>
          <w:szCs w:val="24"/>
        </w:rPr>
        <w:t xml:space="preserve"> into the record.</w:t>
      </w:r>
    </w:p>
    <w:p w14:paraId="21B67519" w14:textId="12F26C24" w:rsidR="0038293A" w:rsidRDefault="00C44427" w:rsidP="0038293A">
      <w:pPr>
        <w:pStyle w:val="Heading3"/>
        <w:spacing w:line="360" w:lineRule="auto"/>
      </w:pPr>
      <w:r>
        <w:t>PRESENTATIONS</w:t>
      </w:r>
    </w:p>
    <w:p w14:paraId="0EADD962" w14:textId="58BB375B" w:rsidR="00C44427" w:rsidRPr="00C44427" w:rsidRDefault="00C44427" w:rsidP="00C44427">
      <w:r>
        <w:t xml:space="preserve">Attorney Sarah Granath with Gilmore &amp; Bell entered </w:t>
      </w:r>
      <w:proofErr w:type="gramStart"/>
      <w:r>
        <w:t>all of</w:t>
      </w:r>
      <w:proofErr w:type="gramEnd"/>
      <w:r>
        <w:t xml:space="preserve"> the testimony from the Adams Dairy Parkway Community Improvement District into the record and was available to address questions from Council.</w:t>
      </w:r>
    </w:p>
    <w:p w14:paraId="65CEFEC4" w14:textId="77777777" w:rsidR="0038293A" w:rsidRPr="0045031A" w:rsidRDefault="0038293A" w:rsidP="0038293A">
      <w:pPr>
        <w:pStyle w:val="Heading3"/>
        <w:spacing w:line="360" w:lineRule="auto"/>
        <w:rPr>
          <w:rFonts w:ascii="Open Sans" w:hAnsi="Open Sans"/>
        </w:rPr>
      </w:pPr>
      <w:r w:rsidRPr="0045031A">
        <w:t>IN OPPOSITION TO</w:t>
      </w:r>
    </w:p>
    <w:p w14:paraId="51108F60" w14:textId="1AEC00D7" w:rsidR="0038293A" w:rsidRDefault="00C44427" w:rsidP="0038293A">
      <w:pPr>
        <w:spacing w:after="240" w:line="360" w:lineRule="auto"/>
        <w:rPr>
          <w:color w:val="000000" w:themeColor="text1"/>
        </w:rPr>
      </w:pPr>
      <w:r>
        <w:rPr>
          <w:color w:val="000000" w:themeColor="text1"/>
        </w:rPr>
        <w:t>Abbas Haideri</w:t>
      </w:r>
      <w:r w:rsidR="0038293A" w:rsidRPr="0045031A">
        <w:rPr>
          <w:color w:val="000000" w:themeColor="text1"/>
        </w:rPr>
        <w:t xml:space="preserve"> spoke in opposition.</w:t>
      </w:r>
    </w:p>
    <w:p w14:paraId="03593E7B" w14:textId="0AE05830" w:rsidR="0038293A" w:rsidRPr="0045031A" w:rsidRDefault="0038293A" w:rsidP="0038293A">
      <w:pPr>
        <w:spacing w:after="240" w:line="360" w:lineRule="auto"/>
        <w:rPr>
          <w:color w:val="000000" w:themeColor="text1"/>
        </w:rPr>
      </w:pPr>
      <w:r w:rsidRPr="008A561F">
        <w:rPr>
          <w:color w:val="000000" w:themeColor="text1"/>
        </w:rPr>
        <w:t xml:space="preserve">The </w:t>
      </w:r>
      <w:proofErr w:type="gramStart"/>
      <w:r w:rsidRPr="008A561F">
        <w:rPr>
          <w:color w:val="000000" w:themeColor="text1"/>
        </w:rPr>
        <w:t>Mayor</w:t>
      </w:r>
      <w:proofErr w:type="gramEnd"/>
      <w:r w:rsidRPr="008A561F">
        <w:rPr>
          <w:color w:val="000000" w:themeColor="text1"/>
        </w:rPr>
        <w:t xml:space="preserve"> hearing no further comments for or against, closed the public hearing at</w:t>
      </w:r>
      <w:r>
        <w:rPr>
          <w:color w:val="000000" w:themeColor="text1"/>
        </w:rPr>
        <w:t xml:space="preserve"> </w:t>
      </w:r>
      <w:r w:rsidR="00C44427">
        <w:rPr>
          <w:color w:val="000000" w:themeColor="text1"/>
        </w:rPr>
        <w:t>7</w:t>
      </w:r>
      <w:r>
        <w:rPr>
          <w:color w:val="000000" w:themeColor="text1"/>
        </w:rPr>
        <w:t>:</w:t>
      </w:r>
      <w:r w:rsidR="00C44427">
        <w:rPr>
          <w:color w:val="000000" w:themeColor="text1"/>
        </w:rPr>
        <w:t>14</w:t>
      </w:r>
      <w:r w:rsidRPr="008A561F">
        <w:rPr>
          <w:color w:val="000000" w:themeColor="text1"/>
        </w:rPr>
        <w:t xml:space="preserve"> p.m.</w:t>
      </w:r>
    </w:p>
    <w:p w14:paraId="11BE97AE" w14:textId="7C891A42" w:rsidR="0038293A" w:rsidRPr="0045031A" w:rsidRDefault="0038293A" w:rsidP="0038293A">
      <w:pPr>
        <w:pStyle w:val="Heading2"/>
        <w:spacing w:line="360" w:lineRule="auto"/>
      </w:pPr>
      <w:r w:rsidRPr="0045031A">
        <w:lastRenderedPageBreak/>
        <w:t xml:space="preserve">INTRODUCTION AND FIRST READING OF BILL NUMBER </w:t>
      </w:r>
      <w:r w:rsidR="001D6CCA">
        <w:t>5410</w:t>
      </w:r>
      <w:r w:rsidRPr="0045031A">
        <w:t xml:space="preserve"> - </w:t>
      </w:r>
      <w:r w:rsidR="001D6CCA">
        <w:t>“</w:t>
      </w:r>
      <w:r w:rsidR="001D6CCA" w:rsidRPr="00C5371B">
        <w:rPr>
          <w:caps/>
        </w:rPr>
        <w:t>Iconic</w:t>
      </w:r>
      <w:r w:rsidR="001D6CCA">
        <w:rPr>
          <w:caps/>
        </w:rPr>
        <w:t xml:space="preserve"> BLUE SPRINGS”</w:t>
      </w:r>
      <w:r w:rsidR="001D6CCA" w:rsidRPr="00C5371B">
        <w:rPr>
          <w:caps/>
        </w:rPr>
        <w:t xml:space="preserve"> Adams Dairy Parkway Rezoning</w:t>
      </w:r>
      <w:r w:rsidR="001D6CCA">
        <w:rPr>
          <w:caps/>
        </w:rPr>
        <w:t xml:space="preserve"> </w:t>
      </w:r>
      <w:r w:rsidR="001D6CCA" w:rsidRPr="00C5371B">
        <w:rPr>
          <w:caps/>
        </w:rPr>
        <w:t>(RZ-02-26-9822) and Planned Development Concept Plan</w:t>
      </w:r>
      <w:r w:rsidR="001D6CCA">
        <w:rPr>
          <w:caps/>
        </w:rPr>
        <w:t xml:space="preserve"> </w:t>
      </w:r>
      <w:r w:rsidR="001D6CCA" w:rsidRPr="00C5371B">
        <w:rPr>
          <w:caps/>
        </w:rPr>
        <w:t>(PDC-02-26-9823)</w:t>
      </w:r>
    </w:p>
    <w:p w14:paraId="57CD9B04" w14:textId="3A982D32" w:rsidR="0038293A" w:rsidRPr="0045031A" w:rsidRDefault="0038293A" w:rsidP="0038293A">
      <w:pPr>
        <w:spacing w:after="240" w:line="360" w:lineRule="auto"/>
        <w:rPr>
          <w:color w:val="000000" w:themeColor="text1"/>
        </w:rPr>
      </w:pPr>
      <w:r w:rsidRPr="0045031A">
        <w:rPr>
          <w:color w:val="000000" w:themeColor="text1"/>
        </w:rPr>
        <w:t xml:space="preserve">Councilmember </w:t>
      </w:r>
      <w:r w:rsidR="00C44427">
        <w:rPr>
          <w:color w:val="000000" w:themeColor="text1"/>
        </w:rPr>
        <w:t>Kaylor</w:t>
      </w:r>
      <w:r w:rsidRPr="0045031A">
        <w:rPr>
          <w:color w:val="000000" w:themeColor="text1"/>
        </w:rPr>
        <w:t xml:space="preserve"> introduced Bill Number </w:t>
      </w:r>
      <w:r w:rsidR="001D6CCA">
        <w:rPr>
          <w:color w:val="000000" w:themeColor="text1"/>
        </w:rPr>
        <w:t>5410</w:t>
      </w:r>
      <w:r w:rsidRPr="0045031A">
        <w:rPr>
          <w:color w:val="000000" w:themeColor="text1"/>
        </w:rPr>
        <w:t xml:space="preserve"> approving a </w:t>
      </w:r>
      <w:r w:rsidR="001D6CCA">
        <w:rPr>
          <w:rFonts w:cs="Open Sans"/>
          <w:color w:val="000000" w:themeColor="text1"/>
          <w:szCs w:val="24"/>
        </w:rPr>
        <w:t>rezoning of a</w:t>
      </w:r>
      <w:r w:rsidR="001D6CCA" w:rsidRPr="00C5371B">
        <w:rPr>
          <w:rFonts w:cs="Open Sans"/>
          <w:color w:val="000000" w:themeColor="text1"/>
          <w:szCs w:val="24"/>
        </w:rPr>
        <w:t>pproximately 23.02 +/- acres from Residential Estate and Agricultural-County to Planned Development Mixed Use (RZ-02-26-9822) for a mixed-use development, with a Planned Development Concept Plan (PDC-02-26-9823), located east of the intersections of Adams Dairy Parkway and Napoleon Drive</w:t>
      </w:r>
      <w:r w:rsidR="001D6CCA">
        <w:rPr>
          <w:rFonts w:cs="Open Sans"/>
          <w:color w:val="000000" w:themeColor="text1"/>
          <w:szCs w:val="24"/>
        </w:rPr>
        <w:t xml:space="preserve">. </w:t>
      </w:r>
      <w:r w:rsidRPr="0045031A">
        <w:rPr>
          <w:color w:val="000000" w:themeColor="text1"/>
        </w:rPr>
        <w:t xml:space="preserve">City Clerk Erin Ford made the first reading of Bill No. </w:t>
      </w:r>
      <w:r w:rsidR="001D6CCA">
        <w:rPr>
          <w:color w:val="000000" w:themeColor="text1"/>
        </w:rPr>
        <w:t>5410</w:t>
      </w:r>
      <w:r w:rsidRPr="0045031A">
        <w:rPr>
          <w:color w:val="000000" w:themeColor="text1"/>
        </w:rPr>
        <w:t xml:space="preserve"> by title; copies of the proposed Bill having previously been made available to the public.</w:t>
      </w:r>
    </w:p>
    <w:p w14:paraId="05C0DA20" w14:textId="24BA587D" w:rsidR="0038293A" w:rsidRPr="0045031A" w:rsidRDefault="0038293A" w:rsidP="0038293A">
      <w:pPr>
        <w:spacing w:after="240" w:line="360" w:lineRule="auto"/>
        <w:rPr>
          <w:color w:val="000000" w:themeColor="text1"/>
        </w:rPr>
      </w:pPr>
      <w:r w:rsidRPr="0045031A">
        <w:rPr>
          <w:color w:val="000000" w:themeColor="text1"/>
        </w:rPr>
        <w:t xml:space="preserve">Councilmember </w:t>
      </w:r>
      <w:r w:rsidR="00C44427">
        <w:rPr>
          <w:color w:val="000000" w:themeColor="text1"/>
        </w:rPr>
        <w:t>Tholen</w:t>
      </w:r>
      <w:r w:rsidRPr="0045031A">
        <w:rPr>
          <w:color w:val="000000" w:themeColor="text1"/>
        </w:rPr>
        <w:t xml:space="preserve"> moved to approve Bill No. </w:t>
      </w:r>
      <w:r w:rsidR="001D6CCA">
        <w:rPr>
          <w:color w:val="000000" w:themeColor="text1"/>
        </w:rPr>
        <w:t>5410</w:t>
      </w:r>
      <w:r w:rsidRPr="0045031A">
        <w:rPr>
          <w:color w:val="000000" w:themeColor="text1"/>
        </w:rPr>
        <w:t xml:space="preserve"> upon its first reading and proceed with the second reading. Motion seconded by Councilmember </w:t>
      </w:r>
      <w:r w:rsidR="00C44427">
        <w:rPr>
          <w:color w:val="000000" w:themeColor="text1"/>
        </w:rPr>
        <w:t>Brummel</w:t>
      </w:r>
      <w:r w:rsidRPr="0045031A">
        <w:rPr>
          <w:color w:val="000000" w:themeColor="text1"/>
        </w:rPr>
        <w:t xml:space="preserve"> and carried unanimously.</w:t>
      </w:r>
    </w:p>
    <w:p w14:paraId="527C9FCB" w14:textId="6B05FFD6" w:rsidR="0038293A" w:rsidRPr="005607D7" w:rsidRDefault="0038293A" w:rsidP="0038293A">
      <w:pPr>
        <w:pStyle w:val="Heading3"/>
        <w:spacing w:line="360" w:lineRule="auto"/>
        <w:rPr>
          <w:rFonts w:cs="Segoe UI"/>
          <w:bCs w:val="0"/>
        </w:rPr>
      </w:pPr>
      <w:r w:rsidRPr="00EE3638">
        <w:rPr>
          <w:rFonts w:ascii="Segoe UI" w:hAnsi="Segoe UI" w:cs="Segoe UI"/>
          <w:b/>
          <w:bCs w:val="0"/>
        </w:rPr>
        <w:t xml:space="preserve">SECOND READING – BILL NUMBER </w:t>
      </w:r>
      <w:r w:rsidR="001D6CCA">
        <w:rPr>
          <w:rFonts w:ascii="Segoe UI" w:hAnsi="Segoe UI" w:cs="Segoe UI"/>
          <w:b/>
          <w:bCs w:val="0"/>
        </w:rPr>
        <w:t>5410</w:t>
      </w:r>
    </w:p>
    <w:p w14:paraId="120B01FF" w14:textId="330F18A8" w:rsidR="0038293A" w:rsidRDefault="0038293A" w:rsidP="0038293A">
      <w:pPr>
        <w:spacing w:line="360" w:lineRule="auto"/>
        <w:rPr>
          <w:color w:val="000000" w:themeColor="text1"/>
        </w:rPr>
      </w:pPr>
      <w:r w:rsidRPr="0045031A">
        <w:rPr>
          <w:color w:val="000000" w:themeColor="text1"/>
        </w:rPr>
        <w:t xml:space="preserve">Ms. Ford made the second reading of Bill Number </w:t>
      </w:r>
      <w:r w:rsidR="001D6CCA">
        <w:rPr>
          <w:color w:val="000000" w:themeColor="text1"/>
        </w:rPr>
        <w:t>5410</w:t>
      </w:r>
      <w:r w:rsidRPr="0045031A">
        <w:rPr>
          <w:color w:val="000000" w:themeColor="text1"/>
        </w:rPr>
        <w:t xml:space="preserve"> by title.  Councilmember </w:t>
      </w:r>
      <w:r w:rsidR="00C44427">
        <w:rPr>
          <w:color w:val="000000" w:themeColor="text1"/>
        </w:rPr>
        <w:t>Ericson</w:t>
      </w:r>
      <w:r w:rsidRPr="0045031A">
        <w:rPr>
          <w:color w:val="000000" w:themeColor="text1"/>
        </w:rPr>
        <w:t xml:space="preserve"> moved to adopt Bill Number </w:t>
      </w:r>
      <w:r w:rsidR="001D6CCA">
        <w:rPr>
          <w:color w:val="000000" w:themeColor="text1"/>
        </w:rPr>
        <w:t>5410</w:t>
      </w:r>
      <w:r w:rsidRPr="0045031A">
        <w:rPr>
          <w:color w:val="000000" w:themeColor="text1"/>
        </w:rPr>
        <w:t xml:space="preserve"> upon its second reading and give it ORDINANCE Number </w:t>
      </w:r>
      <w:r w:rsidR="001D6CCA">
        <w:rPr>
          <w:color w:val="000000" w:themeColor="text1"/>
        </w:rPr>
        <w:t>5506,</w:t>
      </w:r>
      <w:r w:rsidRPr="0045031A">
        <w:rPr>
          <w:color w:val="000000" w:themeColor="text1"/>
        </w:rPr>
        <w:t xml:space="preserve"> with a copy attached hereto and made a part of the minutes. Motion seconded by Councilmember </w:t>
      </w:r>
      <w:r w:rsidR="00C44427">
        <w:rPr>
          <w:color w:val="000000" w:themeColor="text1"/>
        </w:rPr>
        <w:t>Rowan</w:t>
      </w:r>
      <w:r w:rsidRPr="0045031A">
        <w:rPr>
          <w:color w:val="000000" w:themeColor="text1"/>
        </w:rPr>
        <w:t xml:space="preserve"> and carried with the following</w:t>
      </w:r>
      <w:r>
        <w:rPr>
          <w:color w:val="000000" w:themeColor="text1"/>
        </w:rPr>
        <w:t>:</w:t>
      </w:r>
    </w:p>
    <w:p w14:paraId="4B583F8B" w14:textId="77777777" w:rsidR="0038293A" w:rsidRDefault="0038293A" w:rsidP="0038293A">
      <w:pPr>
        <w:pStyle w:val="Heading3"/>
        <w:spacing w:line="360" w:lineRule="auto"/>
      </w:pPr>
      <w:r>
        <w:t>V</w:t>
      </w:r>
      <w:r w:rsidRPr="0045031A">
        <w:t>OTE</w:t>
      </w:r>
    </w:p>
    <w:p w14:paraId="34AE101B" w14:textId="77777777" w:rsidR="0038293A" w:rsidRDefault="0038293A" w:rsidP="0038293A">
      <w:pPr>
        <w:spacing w:after="0" w:line="360" w:lineRule="auto"/>
      </w:pPr>
      <w:r>
        <w:t>Ericson – Aye</w:t>
      </w:r>
    </w:p>
    <w:p w14:paraId="14ACB174" w14:textId="77777777" w:rsidR="0038293A" w:rsidRDefault="0038293A" w:rsidP="0038293A">
      <w:pPr>
        <w:spacing w:after="0" w:line="360" w:lineRule="auto"/>
      </w:pPr>
      <w:r>
        <w:t>Markworth – Aye</w:t>
      </w:r>
    </w:p>
    <w:p w14:paraId="40207A38" w14:textId="77777777" w:rsidR="0038293A" w:rsidRDefault="0038293A" w:rsidP="0038293A">
      <w:pPr>
        <w:spacing w:after="0" w:line="360" w:lineRule="auto"/>
      </w:pPr>
      <w:r>
        <w:t>Rowan – Aye</w:t>
      </w:r>
    </w:p>
    <w:p w14:paraId="357D0B39" w14:textId="77777777" w:rsidR="001D6CCA" w:rsidRDefault="001D6CCA" w:rsidP="001D6CCA">
      <w:pPr>
        <w:spacing w:after="0" w:line="360" w:lineRule="auto"/>
      </w:pPr>
      <w:r>
        <w:t xml:space="preserve">Kaylor – Aye </w:t>
      </w:r>
    </w:p>
    <w:p w14:paraId="19245311" w14:textId="77777777" w:rsidR="001D6CCA" w:rsidRDefault="001D6CCA" w:rsidP="001D6CCA">
      <w:pPr>
        <w:spacing w:after="0" w:line="360" w:lineRule="auto"/>
      </w:pPr>
      <w:r>
        <w:t xml:space="preserve">Tholen – Aye </w:t>
      </w:r>
    </w:p>
    <w:p w14:paraId="21935FFC" w14:textId="77777777" w:rsidR="001D6CCA" w:rsidRDefault="001D6CCA" w:rsidP="001D6CCA">
      <w:pPr>
        <w:spacing w:after="0" w:line="360" w:lineRule="auto"/>
      </w:pPr>
      <w:r>
        <w:t xml:space="preserve">Brummel – Aye </w:t>
      </w:r>
    </w:p>
    <w:p w14:paraId="0670D877" w14:textId="13D92AA1" w:rsidR="0038293A" w:rsidRDefault="0038293A" w:rsidP="0038293A">
      <w:pPr>
        <w:spacing w:after="240" w:line="360" w:lineRule="auto"/>
        <w:contextualSpacing/>
      </w:pPr>
      <w:r>
        <w:lastRenderedPageBreak/>
        <w:t>Mayor Lievsay – Aye</w:t>
      </w:r>
    </w:p>
    <w:p w14:paraId="50C038E8" w14:textId="6CC07BCB" w:rsidR="001D6CCA" w:rsidRPr="0045031A" w:rsidRDefault="001D6CCA" w:rsidP="001D6CCA">
      <w:pPr>
        <w:pStyle w:val="Heading2"/>
        <w:spacing w:line="360" w:lineRule="auto"/>
      </w:pPr>
      <w:r w:rsidRPr="0045031A">
        <w:t xml:space="preserve">INTRODUCTION AND FIRST READING OF BILL NUMBER </w:t>
      </w:r>
      <w:r>
        <w:t>5411</w:t>
      </w:r>
      <w:r w:rsidRPr="0045031A">
        <w:t xml:space="preserve"> </w:t>
      </w:r>
      <w:r>
        <w:t>–</w:t>
      </w:r>
      <w:r w:rsidRPr="0045031A">
        <w:t xml:space="preserve"> </w:t>
      </w:r>
      <w:r>
        <w:t>“</w:t>
      </w:r>
      <w:r w:rsidRPr="00B54A99">
        <w:rPr>
          <w:caps/>
        </w:rPr>
        <w:t>Iconic</w:t>
      </w:r>
      <w:r>
        <w:rPr>
          <w:caps/>
        </w:rPr>
        <w:t xml:space="preserve"> BLUE SPRINGS”</w:t>
      </w:r>
      <w:r w:rsidRPr="00B54A99">
        <w:rPr>
          <w:caps/>
        </w:rPr>
        <w:t xml:space="preserve"> Adams Dairy Parkway Community Improvement District</w:t>
      </w:r>
    </w:p>
    <w:p w14:paraId="7953EEB3" w14:textId="2408A983" w:rsidR="001D6CCA" w:rsidRPr="0045031A" w:rsidRDefault="001D6CCA" w:rsidP="001D6CCA">
      <w:pPr>
        <w:spacing w:after="240" w:line="360" w:lineRule="auto"/>
        <w:rPr>
          <w:color w:val="000000" w:themeColor="text1"/>
        </w:rPr>
      </w:pPr>
      <w:r w:rsidRPr="0045031A">
        <w:rPr>
          <w:color w:val="000000" w:themeColor="text1"/>
        </w:rPr>
        <w:t xml:space="preserve">Councilmember </w:t>
      </w:r>
      <w:r w:rsidR="00C44427">
        <w:rPr>
          <w:color w:val="000000" w:themeColor="text1"/>
        </w:rPr>
        <w:t>Kaylor</w:t>
      </w:r>
      <w:r w:rsidRPr="0045031A">
        <w:rPr>
          <w:color w:val="000000" w:themeColor="text1"/>
        </w:rPr>
        <w:t xml:space="preserve"> introduced Bill Number </w:t>
      </w:r>
      <w:r>
        <w:rPr>
          <w:color w:val="000000" w:themeColor="text1"/>
        </w:rPr>
        <w:t>5411</w:t>
      </w:r>
      <w:r w:rsidRPr="0045031A">
        <w:rPr>
          <w:color w:val="000000" w:themeColor="text1"/>
        </w:rPr>
        <w:t xml:space="preserve"> approving </w:t>
      </w:r>
      <w:r w:rsidRPr="001D6CCA">
        <w:rPr>
          <w:color w:val="000000" w:themeColor="text1"/>
        </w:rPr>
        <w:t xml:space="preserve">the </w:t>
      </w:r>
      <w:r w:rsidR="008C5C8E" w:rsidRPr="008C5C8E">
        <w:rPr>
          <w:color w:val="000000" w:themeColor="text1"/>
        </w:rPr>
        <w:t>Petition for Establishment of the Adams Dairy Parkway Community Improvement District</w:t>
      </w:r>
      <w:r>
        <w:rPr>
          <w:color w:val="000000" w:themeColor="text1"/>
        </w:rPr>
        <w:t xml:space="preserve">. </w:t>
      </w:r>
      <w:r w:rsidRPr="0045031A">
        <w:rPr>
          <w:color w:val="000000" w:themeColor="text1"/>
        </w:rPr>
        <w:t xml:space="preserve">City Clerk Erin Ford made the first reading of Bill No. </w:t>
      </w:r>
      <w:r>
        <w:rPr>
          <w:color w:val="000000" w:themeColor="text1"/>
        </w:rPr>
        <w:t>5411</w:t>
      </w:r>
      <w:r w:rsidRPr="0045031A">
        <w:rPr>
          <w:color w:val="000000" w:themeColor="text1"/>
        </w:rPr>
        <w:t xml:space="preserve"> by title; copies of the proposed Bill having previously been made available to the public.</w:t>
      </w:r>
    </w:p>
    <w:p w14:paraId="23F941BD" w14:textId="0FAF188A" w:rsidR="001D6CCA" w:rsidRPr="0045031A" w:rsidRDefault="001D6CCA" w:rsidP="001D6CCA">
      <w:pPr>
        <w:spacing w:after="240" w:line="360" w:lineRule="auto"/>
        <w:rPr>
          <w:color w:val="000000" w:themeColor="text1"/>
        </w:rPr>
      </w:pPr>
      <w:r w:rsidRPr="0045031A">
        <w:rPr>
          <w:color w:val="000000" w:themeColor="text1"/>
        </w:rPr>
        <w:t xml:space="preserve">Councilmember </w:t>
      </w:r>
      <w:r w:rsidR="00C44427">
        <w:rPr>
          <w:color w:val="000000" w:themeColor="text1"/>
        </w:rPr>
        <w:t>Tholen</w:t>
      </w:r>
      <w:r w:rsidRPr="0045031A">
        <w:rPr>
          <w:color w:val="000000" w:themeColor="text1"/>
        </w:rPr>
        <w:t xml:space="preserve"> moved to approve Bill No. </w:t>
      </w:r>
      <w:r>
        <w:rPr>
          <w:color w:val="000000" w:themeColor="text1"/>
        </w:rPr>
        <w:t>5411</w:t>
      </w:r>
      <w:r w:rsidRPr="0045031A">
        <w:rPr>
          <w:color w:val="000000" w:themeColor="text1"/>
        </w:rPr>
        <w:t xml:space="preserve"> upon its first reading and proceed with the second reading. Motion seconded by Councilmember </w:t>
      </w:r>
      <w:r w:rsidR="00C44427">
        <w:rPr>
          <w:color w:val="000000" w:themeColor="text1"/>
        </w:rPr>
        <w:t>Brummel</w:t>
      </w:r>
      <w:r w:rsidRPr="0045031A">
        <w:rPr>
          <w:color w:val="000000" w:themeColor="text1"/>
        </w:rPr>
        <w:t xml:space="preserve"> and carried unanimously.</w:t>
      </w:r>
    </w:p>
    <w:p w14:paraId="2C5BBB1D" w14:textId="60D61149" w:rsidR="001D6CCA" w:rsidRPr="005607D7" w:rsidRDefault="001D6CCA" w:rsidP="001D6CCA">
      <w:pPr>
        <w:pStyle w:val="Heading3"/>
        <w:spacing w:line="360" w:lineRule="auto"/>
        <w:rPr>
          <w:rFonts w:cs="Segoe UI"/>
          <w:bCs w:val="0"/>
        </w:rPr>
      </w:pPr>
      <w:r w:rsidRPr="00EE3638">
        <w:rPr>
          <w:rFonts w:ascii="Segoe UI" w:hAnsi="Segoe UI" w:cs="Segoe UI"/>
          <w:b/>
          <w:bCs w:val="0"/>
        </w:rPr>
        <w:t xml:space="preserve">SECOND READING – BILL NUMBER </w:t>
      </w:r>
      <w:r>
        <w:rPr>
          <w:rFonts w:ascii="Segoe UI" w:hAnsi="Segoe UI" w:cs="Segoe UI"/>
          <w:b/>
          <w:bCs w:val="0"/>
        </w:rPr>
        <w:t>5411</w:t>
      </w:r>
    </w:p>
    <w:p w14:paraId="56261E00" w14:textId="7D2DF634" w:rsidR="001D6CCA" w:rsidRDefault="001D6CCA" w:rsidP="001D6CCA">
      <w:pPr>
        <w:spacing w:line="360" w:lineRule="auto"/>
        <w:rPr>
          <w:color w:val="000000" w:themeColor="text1"/>
        </w:rPr>
      </w:pPr>
      <w:r w:rsidRPr="0045031A">
        <w:rPr>
          <w:color w:val="000000" w:themeColor="text1"/>
        </w:rPr>
        <w:t xml:space="preserve">Ms. Ford made the second reading of Bill Number </w:t>
      </w:r>
      <w:r>
        <w:rPr>
          <w:color w:val="000000" w:themeColor="text1"/>
        </w:rPr>
        <w:t>5411</w:t>
      </w:r>
      <w:r w:rsidRPr="0045031A">
        <w:rPr>
          <w:color w:val="000000" w:themeColor="text1"/>
        </w:rPr>
        <w:t xml:space="preserve"> by title.  Councilmember </w:t>
      </w:r>
      <w:r w:rsidR="00C44427">
        <w:rPr>
          <w:color w:val="000000" w:themeColor="text1"/>
        </w:rPr>
        <w:t>Ericson</w:t>
      </w:r>
      <w:r w:rsidRPr="0045031A">
        <w:rPr>
          <w:color w:val="000000" w:themeColor="text1"/>
        </w:rPr>
        <w:t xml:space="preserve"> moved to adopt Bill Number </w:t>
      </w:r>
      <w:r>
        <w:rPr>
          <w:color w:val="000000" w:themeColor="text1"/>
        </w:rPr>
        <w:t>5411</w:t>
      </w:r>
      <w:r w:rsidRPr="0045031A">
        <w:rPr>
          <w:color w:val="000000" w:themeColor="text1"/>
        </w:rPr>
        <w:t xml:space="preserve"> upon its second reading and give it ORDINANCE Number </w:t>
      </w:r>
      <w:r>
        <w:rPr>
          <w:color w:val="000000" w:themeColor="text1"/>
        </w:rPr>
        <w:t>5507</w:t>
      </w:r>
      <w:r w:rsidRPr="0045031A">
        <w:rPr>
          <w:color w:val="000000" w:themeColor="text1"/>
        </w:rPr>
        <w:t xml:space="preserve"> with a copy attached hereto and made a part of the minutes. Motion seconded by Councilmember </w:t>
      </w:r>
      <w:r w:rsidR="00C44427">
        <w:rPr>
          <w:color w:val="000000" w:themeColor="text1"/>
        </w:rPr>
        <w:t>Rowan</w:t>
      </w:r>
      <w:r w:rsidRPr="0045031A">
        <w:rPr>
          <w:color w:val="000000" w:themeColor="text1"/>
        </w:rPr>
        <w:t xml:space="preserve"> and carried with the following</w:t>
      </w:r>
      <w:r>
        <w:rPr>
          <w:color w:val="000000" w:themeColor="text1"/>
        </w:rPr>
        <w:t>:</w:t>
      </w:r>
    </w:p>
    <w:p w14:paraId="0F59D75F" w14:textId="77777777" w:rsidR="001D6CCA" w:rsidRDefault="001D6CCA" w:rsidP="001D6CCA">
      <w:pPr>
        <w:pStyle w:val="Heading3"/>
        <w:spacing w:line="360" w:lineRule="auto"/>
      </w:pPr>
      <w:r>
        <w:t>V</w:t>
      </w:r>
      <w:r w:rsidRPr="0045031A">
        <w:t>OTE</w:t>
      </w:r>
    </w:p>
    <w:p w14:paraId="44E483BF" w14:textId="77777777" w:rsidR="001D6CCA" w:rsidRDefault="001D6CCA" w:rsidP="001D6CCA">
      <w:pPr>
        <w:spacing w:after="0" w:line="360" w:lineRule="auto"/>
      </w:pPr>
      <w:r>
        <w:t>Markworth – Aye</w:t>
      </w:r>
    </w:p>
    <w:p w14:paraId="0D9F04B1" w14:textId="77777777" w:rsidR="001D6CCA" w:rsidRDefault="001D6CCA" w:rsidP="001D6CCA">
      <w:pPr>
        <w:spacing w:after="0" w:line="360" w:lineRule="auto"/>
      </w:pPr>
      <w:r>
        <w:t>Rowan – Aye</w:t>
      </w:r>
    </w:p>
    <w:p w14:paraId="77A4CC99" w14:textId="77777777" w:rsidR="001D6CCA" w:rsidRDefault="001D6CCA" w:rsidP="001D6CCA">
      <w:pPr>
        <w:spacing w:after="0" w:line="360" w:lineRule="auto"/>
      </w:pPr>
      <w:r>
        <w:t xml:space="preserve">Kaylor – Aye </w:t>
      </w:r>
    </w:p>
    <w:p w14:paraId="084A1241" w14:textId="77777777" w:rsidR="001D6CCA" w:rsidRDefault="001D6CCA" w:rsidP="001D6CCA">
      <w:pPr>
        <w:spacing w:after="0" w:line="360" w:lineRule="auto"/>
      </w:pPr>
      <w:r>
        <w:t xml:space="preserve">Tholen – Aye </w:t>
      </w:r>
    </w:p>
    <w:p w14:paraId="1CAB0714" w14:textId="77777777" w:rsidR="001D6CCA" w:rsidRDefault="001D6CCA" w:rsidP="001D6CCA">
      <w:pPr>
        <w:spacing w:after="0" w:line="360" w:lineRule="auto"/>
      </w:pPr>
      <w:r>
        <w:t xml:space="preserve">Brummel – Aye </w:t>
      </w:r>
    </w:p>
    <w:p w14:paraId="683B5E55" w14:textId="77777777" w:rsidR="001D6CCA" w:rsidRDefault="001D6CCA" w:rsidP="001D6CCA">
      <w:pPr>
        <w:spacing w:after="0" w:line="360" w:lineRule="auto"/>
      </w:pPr>
      <w:r>
        <w:t>Ericson – Aye</w:t>
      </w:r>
    </w:p>
    <w:p w14:paraId="1215B86A" w14:textId="2883A6A9" w:rsidR="001D6CCA" w:rsidRDefault="001D6CCA" w:rsidP="001D6CCA">
      <w:pPr>
        <w:spacing w:after="240" w:line="360" w:lineRule="auto"/>
        <w:contextualSpacing/>
      </w:pPr>
      <w:r>
        <w:t>Mayor Lievsay – Aye</w:t>
      </w:r>
    </w:p>
    <w:p w14:paraId="390B9749" w14:textId="77777777" w:rsidR="008C5C8E" w:rsidRPr="0045031A" w:rsidRDefault="001D6CCA" w:rsidP="008C5C8E">
      <w:pPr>
        <w:pStyle w:val="Heading2"/>
        <w:spacing w:line="360" w:lineRule="auto"/>
      </w:pPr>
      <w:r w:rsidRPr="0045031A">
        <w:lastRenderedPageBreak/>
        <w:t xml:space="preserve">INTRODUCTION AND FIRST READING OF BILL NUMBER </w:t>
      </w:r>
      <w:r>
        <w:t>5412</w:t>
      </w:r>
      <w:r w:rsidRPr="0045031A">
        <w:t xml:space="preserve"> - </w:t>
      </w:r>
      <w:r w:rsidR="008C5C8E">
        <w:t>“ICONIC BLUE SPRINGS” ADAMS DAIRY PARKWAY INDUSTRIAL DEVELOPMENT PROJECT AND CHAPTER 100 BONDS</w:t>
      </w:r>
    </w:p>
    <w:p w14:paraId="3CDEE767" w14:textId="159A4026" w:rsidR="008C5C8E" w:rsidRPr="0045031A" w:rsidRDefault="008C5C8E" w:rsidP="008C5C8E">
      <w:pPr>
        <w:spacing w:after="240" w:line="360" w:lineRule="auto"/>
        <w:rPr>
          <w:color w:val="000000" w:themeColor="text1"/>
        </w:rPr>
      </w:pPr>
      <w:r w:rsidRPr="0045031A">
        <w:rPr>
          <w:color w:val="000000" w:themeColor="text1"/>
        </w:rPr>
        <w:t xml:space="preserve">Councilmember </w:t>
      </w:r>
      <w:r w:rsidR="00C44427">
        <w:rPr>
          <w:color w:val="000000" w:themeColor="text1"/>
        </w:rPr>
        <w:t>Kaylor</w:t>
      </w:r>
      <w:r w:rsidRPr="0045031A">
        <w:rPr>
          <w:color w:val="000000" w:themeColor="text1"/>
        </w:rPr>
        <w:t xml:space="preserve"> introduced Bill Number </w:t>
      </w:r>
      <w:r>
        <w:rPr>
          <w:color w:val="000000" w:themeColor="text1"/>
        </w:rPr>
        <w:t>5412</w:t>
      </w:r>
      <w:r w:rsidRPr="0045031A">
        <w:rPr>
          <w:color w:val="000000" w:themeColor="text1"/>
        </w:rPr>
        <w:t xml:space="preserve"> approving </w:t>
      </w:r>
      <w:r w:rsidRPr="001D6CCA">
        <w:rPr>
          <w:color w:val="000000" w:themeColor="text1"/>
        </w:rPr>
        <w:t>the Plan for an industrial development project for the Adams Dairy Parkway Apartment project and approving bond documents to implement the Plan</w:t>
      </w:r>
      <w:r>
        <w:rPr>
          <w:color w:val="000000" w:themeColor="text1"/>
        </w:rPr>
        <w:t xml:space="preserve">. </w:t>
      </w:r>
      <w:r w:rsidRPr="0045031A">
        <w:rPr>
          <w:color w:val="000000" w:themeColor="text1"/>
        </w:rPr>
        <w:t xml:space="preserve">City Clerk Erin Ford made the first reading of Bill No. </w:t>
      </w:r>
      <w:r>
        <w:rPr>
          <w:color w:val="000000" w:themeColor="text1"/>
        </w:rPr>
        <w:t>5412</w:t>
      </w:r>
      <w:r w:rsidRPr="0045031A">
        <w:rPr>
          <w:color w:val="000000" w:themeColor="text1"/>
        </w:rPr>
        <w:t xml:space="preserve"> by title; copies of the proposed Bill having previously been made available to the public.</w:t>
      </w:r>
    </w:p>
    <w:p w14:paraId="4E601EAD" w14:textId="72F2434A" w:rsidR="008C5C8E" w:rsidRPr="0045031A" w:rsidRDefault="008C5C8E" w:rsidP="008C5C8E">
      <w:pPr>
        <w:spacing w:after="240" w:line="360" w:lineRule="auto"/>
        <w:rPr>
          <w:color w:val="000000" w:themeColor="text1"/>
        </w:rPr>
      </w:pPr>
      <w:r w:rsidRPr="0045031A">
        <w:rPr>
          <w:color w:val="000000" w:themeColor="text1"/>
        </w:rPr>
        <w:t xml:space="preserve">Councilmember </w:t>
      </w:r>
      <w:r w:rsidR="00C44427">
        <w:rPr>
          <w:color w:val="000000" w:themeColor="text1"/>
        </w:rPr>
        <w:t>Tholen</w:t>
      </w:r>
      <w:r w:rsidRPr="0045031A">
        <w:rPr>
          <w:color w:val="000000" w:themeColor="text1"/>
        </w:rPr>
        <w:t xml:space="preserve"> moved to approve Bill No. </w:t>
      </w:r>
      <w:r>
        <w:rPr>
          <w:color w:val="000000" w:themeColor="text1"/>
        </w:rPr>
        <w:t>5412</w:t>
      </w:r>
      <w:r w:rsidRPr="0045031A">
        <w:rPr>
          <w:color w:val="000000" w:themeColor="text1"/>
        </w:rPr>
        <w:t xml:space="preserve"> upon its first reading and proceed with the second reading. Motion seconded by Councilmember </w:t>
      </w:r>
      <w:r w:rsidR="00C44427">
        <w:rPr>
          <w:color w:val="000000" w:themeColor="text1"/>
        </w:rPr>
        <w:t>Brummel</w:t>
      </w:r>
      <w:r w:rsidRPr="0045031A">
        <w:rPr>
          <w:color w:val="000000" w:themeColor="text1"/>
        </w:rPr>
        <w:t xml:space="preserve"> and carried unanimously.</w:t>
      </w:r>
    </w:p>
    <w:p w14:paraId="7D70532E" w14:textId="09106777" w:rsidR="001D6CCA" w:rsidRPr="005607D7" w:rsidRDefault="001D6CCA" w:rsidP="001D6CCA">
      <w:pPr>
        <w:pStyle w:val="Heading3"/>
        <w:spacing w:line="360" w:lineRule="auto"/>
        <w:rPr>
          <w:rFonts w:cs="Segoe UI"/>
          <w:bCs w:val="0"/>
        </w:rPr>
      </w:pPr>
      <w:r w:rsidRPr="00EE3638">
        <w:rPr>
          <w:rFonts w:ascii="Segoe UI" w:hAnsi="Segoe UI" w:cs="Segoe UI"/>
          <w:b/>
          <w:bCs w:val="0"/>
        </w:rPr>
        <w:t xml:space="preserve">SECOND READING – BILL NUMBER </w:t>
      </w:r>
      <w:r w:rsidR="008C5C8E">
        <w:rPr>
          <w:rFonts w:ascii="Segoe UI" w:hAnsi="Segoe UI" w:cs="Segoe UI"/>
          <w:b/>
          <w:bCs w:val="0"/>
        </w:rPr>
        <w:t>5412</w:t>
      </w:r>
    </w:p>
    <w:p w14:paraId="593405FE" w14:textId="172DB57C" w:rsidR="001D6CCA" w:rsidRDefault="001D6CCA" w:rsidP="001D6CCA">
      <w:pPr>
        <w:spacing w:line="360" w:lineRule="auto"/>
        <w:rPr>
          <w:color w:val="000000" w:themeColor="text1"/>
        </w:rPr>
      </w:pPr>
      <w:r w:rsidRPr="0045031A">
        <w:rPr>
          <w:color w:val="000000" w:themeColor="text1"/>
        </w:rPr>
        <w:t xml:space="preserve">Ms. Ford made the second reading of Bill Number </w:t>
      </w:r>
      <w:r w:rsidR="008C5C8E">
        <w:rPr>
          <w:color w:val="000000" w:themeColor="text1"/>
        </w:rPr>
        <w:t>5412</w:t>
      </w:r>
      <w:r w:rsidRPr="0045031A">
        <w:rPr>
          <w:color w:val="000000" w:themeColor="text1"/>
        </w:rPr>
        <w:t xml:space="preserve"> by title.  Councilmember </w:t>
      </w:r>
      <w:r w:rsidR="00C44427">
        <w:rPr>
          <w:color w:val="000000" w:themeColor="text1"/>
        </w:rPr>
        <w:t>Ericson</w:t>
      </w:r>
      <w:r w:rsidRPr="0045031A">
        <w:rPr>
          <w:color w:val="000000" w:themeColor="text1"/>
        </w:rPr>
        <w:t xml:space="preserve"> moved to adopt Bill Number </w:t>
      </w:r>
      <w:r w:rsidR="008C5C8E">
        <w:rPr>
          <w:color w:val="000000" w:themeColor="text1"/>
        </w:rPr>
        <w:t>5412</w:t>
      </w:r>
      <w:r w:rsidRPr="0045031A">
        <w:rPr>
          <w:color w:val="000000" w:themeColor="text1"/>
        </w:rPr>
        <w:t xml:space="preserve"> upon its second reading and give it ORDINANCE Number </w:t>
      </w:r>
      <w:r w:rsidR="008C5C8E">
        <w:rPr>
          <w:color w:val="000000" w:themeColor="text1"/>
        </w:rPr>
        <w:t>5508</w:t>
      </w:r>
      <w:r w:rsidRPr="0045031A">
        <w:rPr>
          <w:color w:val="000000" w:themeColor="text1"/>
        </w:rPr>
        <w:t xml:space="preserve"> with a copy attached hereto and made a part of the minutes. Motion seconded by Councilmember </w:t>
      </w:r>
      <w:r w:rsidR="00C44427">
        <w:rPr>
          <w:color w:val="000000" w:themeColor="text1"/>
        </w:rPr>
        <w:t>Rowan</w:t>
      </w:r>
      <w:r w:rsidRPr="0045031A">
        <w:rPr>
          <w:color w:val="000000" w:themeColor="text1"/>
        </w:rPr>
        <w:t xml:space="preserve"> and carried with the following</w:t>
      </w:r>
      <w:r>
        <w:rPr>
          <w:color w:val="000000" w:themeColor="text1"/>
        </w:rPr>
        <w:t>:</w:t>
      </w:r>
    </w:p>
    <w:p w14:paraId="3BD6CBE6" w14:textId="77777777" w:rsidR="001D6CCA" w:rsidRDefault="001D6CCA" w:rsidP="001D6CCA">
      <w:pPr>
        <w:pStyle w:val="Heading3"/>
        <w:spacing w:line="360" w:lineRule="auto"/>
      </w:pPr>
      <w:r>
        <w:t>V</w:t>
      </w:r>
      <w:r w:rsidRPr="0045031A">
        <w:t>OTE</w:t>
      </w:r>
    </w:p>
    <w:p w14:paraId="037E78FA" w14:textId="77777777" w:rsidR="001D6CCA" w:rsidRDefault="001D6CCA" w:rsidP="001D6CCA">
      <w:pPr>
        <w:spacing w:after="0" w:line="360" w:lineRule="auto"/>
      </w:pPr>
      <w:r>
        <w:t>Rowan – Aye</w:t>
      </w:r>
    </w:p>
    <w:p w14:paraId="172CE9B8" w14:textId="77777777" w:rsidR="008C5C8E" w:rsidRDefault="008C5C8E" w:rsidP="008C5C8E">
      <w:pPr>
        <w:spacing w:after="0" w:line="360" w:lineRule="auto"/>
      </w:pPr>
      <w:r>
        <w:t xml:space="preserve">Kaylor – Aye </w:t>
      </w:r>
    </w:p>
    <w:p w14:paraId="310F040C" w14:textId="77777777" w:rsidR="008C5C8E" w:rsidRDefault="008C5C8E" w:rsidP="008C5C8E">
      <w:pPr>
        <w:spacing w:after="0" w:line="360" w:lineRule="auto"/>
      </w:pPr>
      <w:r>
        <w:t xml:space="preserve">Tholen – Aye </w:t>
      </w:r>
    </w:p>
    <w:p w14:paraId="281B0FC9" w14:textId="77777777" w:rsidR="008C5C8E" w:rsidRDefault="008C5C8E" w:rsidP="008C5C8E">
      <w:pPr>
        <w:spacing w:after="0" w:line="360" w:lineRule="auto"/>
      </w:pPr>
      <w:r>
        <w:t xml:space="preserve">Brummel – Aye </w:t>
      </w:r>
    </w:p>
    <w:p w14:paraId="31395A2D" w14:textId="77777777" w:rsidR="008C5C8E" w:rsidRDefault="008C5C8E" w:rsidP="008C5C8E">
      <w:pPr>
        <w:spacing w:after="0" w:line="360" w:lineRule="auto"/>
      </w:pPr>
      <w:r>
        <w:t>Ericson – Aye</w:t>
      </w:r>
    </w:p>
    <w:p w14:paraId="0045471E" w14:textId="77777777" w:rsidR="008C5C8E" w:rsidRDefault="008C5C8E" w:rsidP="008C5C8E">
      <w:pPr>
        <w:spacing w:after="0" w:line="360" w:lineRule="auto"/>
      </w:pPr>
      <w:r>
        <w:t>Markworth – Aye</w:t>
      </w:r>
    </w:p>
    <w:p w14:paraId="38A9166C" w14:textId="25F3C4FF" w:rsidR="001D6CCA" w:rsidRDefault="001D6CCA" w:rsidP="001D6CCA">
      <w:pPr>
        <w:spacing w:after="240" w:line="360" w:lineRule="auto"/>
        <w:contextualSpacing/>
      </w:pPr>
      <w:r>
        <w:t>Mayor Lievsay – Aye</w:t>
      </w:r>
    </w:p>
    <w:p w14:paraId="6CB0E826" w14:textId="02E0B6E0" w:rsidR="0038293A" w:rsidRPr="0045031A" w:rsidRDefault="0038293A" w:rsidP="0038293A">
      <w:pPr>
        <w:pStyle w:val="Heading2"/>
        <w:spacing w:line="360" w:lineRule="auto"/>
      </w:pPr>
      <w:r w:rsidRPr="0045031A">
        <w:lastRenderedPageBreak/>
        <w:t xml:space="preserve">PUBLIC HEARING – </w:t>
      </w:r>
      <w:r w:rsidR="008C5C8E">
        <w:t>COLBERN ROAD ANNEXATION</w:t>
      </w:r>
    </w:p>
    <w:p w14:paraId="59C6F356" w14:textId="584C4030" w:rsidR="0038293A" w:rsidRPr="0045031A" w:rsidRDefault="008C5C8E" w:rsidP="0038293A">
      <w:pPr>
        <w:spacing w:after="240" w:line="360" w:lineRule="auto"/>
        <w:rPr>
          <w:rFonts w:cs="Open Sans"/>
          <w:color w:val="000000" w:themeColor="text1"/>
          <w:szCs w:val="24"/>
        </w:rPr>
      </w:pPr>
      <w:r>
        <w:rPr>
          <w:rFonts w:cs="Open Sans"/>
          <w:color w:val="000000" w:themeColor="text1"/>
          <w:szCs w:val="24"/>
        </w:rPr>
        <w:t>Mayor Lievsay</w:t>
      </w:r>
      <w:r w:rsidR="0038293A" w:rsidRPr="0045031A">
        <w:rPr>
          <w:rFonts w:cs="Open Sans"/>
          <w:color w:val="000000" w:themeColor="text1"/>
          <w:szCs w:val="24"/>
        </w:rPr>
        <w:t xml:space="preserve"> opened the Public Hearing</w:t>
      </w:r>
      <w:r w:rsidR="0038293A">
        <w:rPr>
          <w:rFonts w:cs="Open Sans"/>
          <w:color w:val="000000" w:themeColor="text1"/>
          <w:szCs w:val="24"/>
        </w:rPr>
        <w:t xml:space="preserve"> at </w:t>
      </w:r>
      <w:r w:rsidR="00C44427">
        <w:rPr>
          <w:rFonts w:cs="Open Sans"/>
          <w:color w:val="000000" w:themeColor="text1"/>
          <w:szCs w:val="24"/>
        </w:rPr>
        <w:t>7</w:t>
      </w:r>
      <w:r w:rsidR="0038293A">
        <w:rPr>
          <w:rFonts w:cs="Open Sans"/>
          <w:color w:val="000000" w:themeColor="text1"/>
          <w:szCs w:val="24"/>
        </w:rPr>
        <w:t>:</w:t>
      </w:r>
      <w:r w:rsidR="00C44427">
        <w:rPr>
          <w:rFonts w:cs="Open Sans"/>
          <w:color w:val="000000" w:themeColor="text1"/>
          <w:szCs w:val="24"/>
        </w:rPr>
        <w:t>23</w:t>
      </w:r>
      <w:r w:rsidR="0038293A">
        <w:rPr>
          <w:rFonts w:cs="Open Sans"/>
          <w:color w:val="000000" w:themeColor="text1"/>
          <w:szCs w:val="24"/>
        </w:rPr>
        <w:t xml:space="preserve"> p.m.</w:t>
      </w:r>
      <w:r w:rsidR="0038293A" w:rsidRPr="0045031A">
        <w:rPr>
          <w:rFonts w:cs="Open Sans"/>
          <w:color w:val="000000" w:themeColor="text1"/>
          <w:szCs w:val="24"/>
        </w:rPr>
        <w:t xml:space="preserve"> to consider </w:t>
      </w:r>
      <w:r w:rsidRPr="008C5C8E">
        <w:rPr>
          <w:rFonts w:cs="Open Sans"/>
          <w:color w:val="000000" w:themeColor="text1"/>
          <w:szCs w:val="24"/>
        </w:rPr>
        <w:t>an annexation of property 2.43 +/-acres located at SW Colbern Road Right-of-Way east of SW 7 Highway into the City limits</w:t>
      </w:r>
      <w:r>
        <w:rPr>
          <w:rFonts w:cs="Open Sans"/>
          <w:color w:val="000000" w:themeColor="text1"/>
          <w:szCs w:val="24"/>
        </w:rPr>
        <w:t xml:space="preserve"> </w:t>
      </w:r>
      <w:r w:rsidRPr="008C5C8E">
        <w:rPr>
          <w:rFonts w:cs="Open Sans"/>
          <w:color w:val="000000" w:themeColor="text1"/>
          <w:szCs w:val="24"/>
        </w:rPr>
        <w:t>(ANNX-05-26-9895)</w:t>
      </w:r>
      <w:r w:rsidR="0038293A">
        <w:rPr>
          <w:rFonts w:cs="Open Sans"/>
          <w:color w:val="000000" w:themeColor="text1"/>
          <w:szCs w:val="24"/>
        </w:rPr>
        <w:t xml:space="preserve">. </w:t>
      </w:r>
      <w:r w:rsidR="0038293A" w:rsidRPr="0045031A">
        <w:rPr>
          <w:rFonts w:cs="Open Sans"/>
          <w:color w:val="000000" w:themeColor="text1"/>
          <w:szCs w:val="24"/>
        </w:rPr>
        <w:t xml:space="preserve">The </w:t>
      </w:r>
      <w:r>
        <w:rPr>
          <w:rFonts w:cs="Open Sans"/>
          <w:color w:val="000000" w:themeColor="text1"/>
          <w:szCs w:val="24"/>
        </w:rPr>
        <w:t xml:space="preserve">City Clerk </w:t>
      </w:r>
      <w:r w:rsidR="0038293A" w:rsidRPr="0045031A">
        <w:rPr>
          <w:rFonts w:cs="Open Sans"/>
          <w:color w:val="000000" w:themeColor="text1"/>
          <w:szCs w:val="24"/>
        </w:rPr>
        <w:t xml:space="preserve">entered </w:t>
      </w:r>
      <w:r w:rsidR="00C44427">
        <w:rPr>
          <w:rFonts w:cs="Open Sans"/>
          <w:color w:val="000000" w:themeColor="text1"/>
          <w:szCs w:val="24"/>
        </w:rPr>
        <w:t>one</w:t>
      </w:r>
      <w:r w:rsidR="0038293A" w:rsidRPr="0045031A">
        <w:rPr>
          <w:rFonts w:cs="Open Sans"/>
          <w:color w:val="000000" w:themeColor="text1"/>
          <w:szCs w:val="24"/>
        </w:rPr>
        <w:t xml:space="preserve"> </w:t>
      </w:r>
      <w:proofErr w:type="gramStart"/>
      <w:r w:rsidR="0038293A" w:rsidRPr="0045031A">
        <w:rPr>
          <w:rFonts w:cs="Open Sans"/>
          <w:color w:val="000000" w:themeColor="text1"/>
          <w:szCs w:val="24"/>
        </w:rPr>
        <w:t>exhibits</w:t>
      </w:r>
      <w:proofErr w:type="gramEnd"/>
      <w:r w:rsidR="0038293A" w:rsidRPr="0045031A">
        <w:rPr>
          <w:rFonts w:cs="Open Sans"/>
          <w:color w:val="000000" w:themeColor="text1"/>
          <w:szCs w:val="24"/>
        </w:rPr>
        <w:t xml:space="preserve"> into the record.</w:t>
      </w:r>
    </w:p>
    <w:p w14:paraId="40721C0F" w14:textId="77777777" w:rsidR="0038293A" w:rsidRPr="0045031A" w:rsidRDefault="0038293A" w:rsidP="0038293A">
      <w:pPr>
        <w:pStyle w:val="Heading3"/>
        <w:spacing w:line="360" w:lineRule="auto"/>
      </w:pPr>
      <w:r w:rsidRPr="0045031A">
        <w:t>STAFF REPORT</w:t>
      </w:r>
    </w:p>
    <w:p w14:paraId="74AB41EA" w14:textId="2BA53702" w:rsidR="0038293A" w:rsidRPr="0045031A" w:rsidRDefault="0038293A" w:rsidP="0038293A">
      <w:pPr>
        <w:spacing w:after="240" w:line="360" w:lineRule="auto"/>
        <w:rPr>
          <w:color w:val="000000" w:themeColor="text1"/>
        </w:rPr>
      </w:pPr>
      <w:r w:rsidRPr="0045031A">
        <w:rPr>
          <w:color w:val="000000" w:themeColor="text1"/>
        </w:rPr>
        <w:t xml:space="preserve">Planner </w:t>
      </w:r>
      <w:r w:rsidR="00BF3A3D">
        <w:rPr>
          <w:color w:val="000000" w:themeColor="text1"/>
        </w:rPr>
        <w:t>Shantele Frie</w:t>
      </w:r>
      <w:r w:rsidRPr="0045031A">
        <w:rPr>
          <w:color w:val="000000" w:themeColor="text1"/>
        </w:rPr>
        <w:t xml:space="preserve"> reviewed the details of the proposed </w:t>
      </w:r>
      <w:r w:rsidR="00A551E6">
        <w:rPr>
          <w:color w:val="000000" w:themeColor="text1"/>
        </w:rPr>
        <w:t>annexation</w:t>
      </w:r>
      <w:r w:rsidRPr="0045031A">
        <w:rPr>
          <w:color w:val="000000" w:themeColor="text1"/>
        </w:rPr>
        <w:t xml:space="preserve"> and addressed questions from the Council.</w:t>
      </w:r>
    </w:p>
    <w:p w14:paraId="526C0000" w14:textId="77777777" w:rsidR="0038293A" w:rsidRPr="0045031A" w:rsidRDefault="0038293A" w:rsidP="0038293A">
      <w:pPr>
        <w:pStyle w:val="Heading3"/>
        <w:spacing w:line="360" w:lineRule="auto"/>
        <w:rPr>
          <w:rFonts w:ascii="Open Sans" w:hAnsi="Open Sans"/>
        </w:rPr>
      </w:pPr>
      <w:r w:rsidRPr="0045031A">
        <w:t>IN OPPOSITION TO</w:t>
      </w:r>
    </w:p>
    <w:p w14:paraId="1448DCC4" w14:textId="445F8259" w:rsidR="0038293A" w:rsidRDefault="00C44427" w:rsidP="0038293A">
      <w:pPr>
        <w:spacing w:after="240" w:line="360" w:lineRule="auto"/>
        <w:rPr>
          <w:color w:val="000000" w:themeColor="text1"/>
        </w:rPr>
      </w:pPr>
      <w:r>
        <w:rPr>
          <w:color w:val="000000" w:themeColor="text1"/>
        </w:rPr>
        <w:t>Michael Bennet</w:t>
      </w:r>
      <w:r w:rsidR="0038293A" w:rsidRPr="0045031A">
        <w:rPr>
          <w:color w:val="000000" w:themeColor="text1"/>
        </w:rPr>
        <w:t xml:space="preserve"> spoke in opposition.</w:t>
      </w:r>
    </w:p>
    <w:p w14:paraId="4A49F9BC" w14:textId="6F18F707" w:rsidR="0038293A" w:rsidRPr="0045031A" w:rsidRDefault="0038293A" w:rsidP="0038293A">
      <w:pPr>
        <w:spacing w:after="240" w:line="360" w:lineRule="auto"/>
        <w:rPr>
          <w:color w:val="000000" w:themeColor="text1"/>
        </w:rPr>
      </w:pPr>
      <w:r w:rsidRPr="008A561F">
        <w:rPr>
          <w:color w:val="000000" w:themeColor="text1"/>
        </w:rPr>
        <w:t xml:space="preserve">The </w:t>
      </w:r>
      <w:proofErr w:type="gramStart"/>
      <w:r w:rsidRPr="008A561F">
        <w:rPr>
          <w:color w:val="000000" w:themeColor="text1"/>
        </w:rPr>
        <w:t>Mayor</w:t>
      </w:r>
      <w:proofErr w:type="gramEnd"/>
      <w:r w:rsidRPr="008A561F">
        <w:rPr>
          <w:color w:val="000000" w:themeColor="text1"/>
        </w:rPr>
        <w:t xml:space="preserve"> hearing no further comments for or against, closed the public hearing at</w:t>
      </w:r>
      <w:r>
        <w:rPr>
          <w:color w:val="000000" w:themeColor="text1"/>
        </w:rPr>
        <w:t xml:space="preserve"> </w:t>
      </w:r>
      <w:r w:rsidR="00ED20BA">
        <w:rPr>
          <w:color w:val="000000" w:themeColor="text1"/>
        </w:rPr>
        <w:t>7:26</w:t>
      </w:r>
      <w:r w:rsidRPr="008A561F">
        <w:rPr>
          <w:color w:val="000000" w:themeColor="text1"/>
        </w:rPr>
        <w:t xml:space="preserve"> p.m.</w:t>
      </w:r>
    </w:p>
    <w:p w14:paraId="12FE736C" w14:textId="3406F051" w:rsidR="0038293A" w:rsidRPr="0045031A" w:rsidRDefault="0038293A" w:rsidP="0038293A">
      <w:pPr>
        <w:pStyle w:val="Heading2"/>
        <w:spacing w:line="360" w:lineRule="auto"/>
      </w:pPr>
      <w:r w:rsidRPr="0045031A">
        <w:t>INTRODUCTION AND FIRST READING</w:t>
      </w:r>
      <w:r w:rsidR="00F565C4">
        <w:t xml:space="preserve"> ONLY</w:t>
      </w:r>
      <w:r w:rsidRPr="0045031A">
        <w:t xml:space="preserve"> OF BILL NUMBER </w:t>
      </w:r>
      <w:r w:rsidR="008C5C8E">
        <w:t>5413</w:t>
      </w:r>
      <w:r w:rsidRPr="0045031A">
        <w:t xml:space="preserve"> </w:t>
      </w:r>
      <w:r w:rsidR="008C5C8E">
        <w:t>– COLBERN ROAD ANNEXATION</w:t>
      </w:r>
    </w:p>
    <w:p w14:paraId="469EACB5" w14:textId="349BC2DD" w:rsidR="0038293A" w:rsidRPr="0045031A" w:rsidRDefault="0038293A" w:rsidP="0038293A">
      <w:pPr>
        <w:spacing w:after="240" w:line="360" w:lineRule="auto"/>
        <w:rPr>
          <w:color w:val="000000" w:themeColor="text1"/>
        </w:rPr>
      </w:pPr>
      <w:r w:rsidRPr="0045031A">
        <w:rPr>
          <w:color w:val="000000" w:themeColor="text1"/>
        </w:rPr>
        <w:t xml:space="preserve">Councilmember </w:t>
      </w:r>
      <w:r w:rsidR="00C44427">
        <w:rPr>
          <w:color w:val="000000" w:themeColor="text1"/>
        </w:rPr>
        <w:t>Kaylor</w:t>
      </w:r>
      <w:r w:rsidRPr="0045031A">
        <w:rPr>
          <w:color w:val="000000" w:themeColor="text1"/>
        </w:rPr>
        <w:t xml:space="preserve"> introduced Bill Number </w:t>
      </w:r>
      <w:r w:rsidR="008C5C8E">
        <w:rPr>
          <w:color w:val="000000" w:themeColor="text1"/>
        </w:rPr>
        <w:t>5413</w:t>
      </w:r>
      <w:r w:rsidRPr="0045031A">
        <w:rPr>
          <w:color w:val="000000" w:themeColor="text1"/>
        </w:rPr>
        <w:t xml:space="preserve"> approving </w:t>
      </w:r>
      <w:r w:rsidR="008C5C8E" w:rsidRPr="008C5C8E">
        <w:rPr>
          <w:rFonts w:cs="Open Sans"/>
          <w:color w:val="000000" w:themeColor="text1"/>
          <w:szCs w:val="24"/>
        </w:rPr>
        <w:t xml:space="preserve">an annexation of property 2.43 </w:t>
      </w:r>
      <w:proofErr w:type="gramStart"/>
      <w:r w:rsidR="008C5C8E" w:rsidRPr="008C5C8E">
        <w:rPr>
          <w:rFonts w:cs="Open Sans"/>
          <w:color w:val="000000" w:themeColor="text1"/>
          <w:szCs w:val="24"/>
        </w:rPr>
        <w:t>+/-</w:t>
      </w:r>
      <w:proofErr w:type="gramEnd"/>
      <w:r w:rsidR="008C5C8E" w:rsidRPr="008C5C8E">
        <w:rPr>
          <w:rFonts w:cs="Open Sans"/>
          <w:color w:val="000000" w:themeColor="text1"/>
          <w:szCs w:val="24"/>
        </w:rPr>
        <w:t>acres located at SW Colbern Road Right-of-Way east of SW 7 Highway into the City limits</w:t>
      </w:r>
      <w:r w:rsidR="008C5C8E">
        <w:rPr>
          <w:rFonts w:cs="Open Sans"/>
          <w:color w:val="000000" w:themeColor="text1"/>
          <w:szCs w:val="24"/>
        </w:rPr>
        <w:t xml:space="preserve"> </w:t>
      </w:r>
      <w:r w:rsidR="008C5C8E" w:rsidRPr="008C5C8E">
        <w:rPr>
          <w:rFonts w:cs="Open Sans"/>
          <w:color w:val="000000" w:themeColor="text1"/>
          <w:szCs w:val="24"/>
        </w:rPr>
        <w:t>(ANNX-05-26-9895)</w:t>
      </w:r>
      <w:r w:rsidR="008C5C8E">
        <w:rPr>
          <w:rFonts w:cs="Open Sans"/>
          <w:color w:val="000000" w:themeColor="text1"/>
          <w:szCs w:val="24"/>
        </w:rPr>
        <w:t>.</w:t>
      </w:r>
      <w:r w:rsidRPr="0045031A">
        <w:rPr>
          <w:color w:val="000000" w:themeColor="text1"/>
        </w:rPr>
        <w:t xml:space="preserve"> City Clerk Erin Ford made the first reading of Bill No. </w:t>
      </w:r>
      <w:r w:rsidR="008C5C8E">
        <w:rPr>
          <w:color w:val="000000" w:themeColor="text1"/>
        </w:rPr>
        <w:t>5413</w:t>
      </w:r>
      <w:r w:rsidRPr="0045031A">
        <w:rPr>
          <w:color w:val="000000" w:themeColor="text1"/>
        </w:rPr>
        <w:t xml:space="preserve"> by title; copies of the proposed Bill having previously been made available to the public.</w:t>
      </w:r>
    </w:p>
    <w:p w14:paraId="5054779E" w14:textId="01410760" w:rsidR="0038293A" w:rsidRPr="0045031A" w:rsidRDefault="0038293A" w:rsidP="0038293A">
      <w:pPr>
        <w:spacing w:after="240" w:line="360" w:lineRule="auto"/>
        <w:rPr>
          <w:color w:val="000000" w:themeColor="text1"/>
        </w:rPr>
      </w:pPr>
      <w:r w:rsidRPr="0045031A">
        <w:rPr>
          <w:color w:val="000000" w:themeColor="text1"/>
        </w:rPr>
        <w:t xml:space="preserve">Councilmember </w:t>
      </w:r>
      <w:r w:rsidR="00C44427">
        <w:rPr>
          <w:color w:val="000000" w:themeColor="text1"/>
        </w:rPr>
        <w:t>Tholen</w:t>
      </w:r>
      <w:r w:rsidRPr="0045031A">
        <w:rPr>
          <w:color w:val="000000" w:themeColor="text1"/>
        </w:rPr>
        <w:t xml:space="preserve"> moved to approve Bill No. </w:t>
      </w:r>
      <w:r w:rsidR="008C5C8E">
        <w:rPr>
          <w:color w:val="000000" w:themeColor="text1"/>
        </w:rPr>
        <w:t>5413</w:t>
      </w:r>
      <w:r w:rsidRPr="0045031A">
        <w:rPr>
          <w:color w:val="000000" w:themeColor="text1"/>
        </w:rPr>
        <w:t xml:space="preserve"> upon its first reading and proceed with the second reading. Motion seconded by Councilmember </w:t>
      </w:r>
      <w:r w:rsidR="00C44427">
        <w:rPr>
          <w:color w:val="000000" w:themeColor="text1"/>
        </w:rPr>
        <w:t>Brummel</w:t>
      </w:r>
      <w:r w:rsidRPr="0045031A">
        <w:rPr>
          <w:color w:val="000000" w:themeColor="text1"/>
        </w:rPr>
        <w:t xml:space="preserve"> and carried unanimously.</w:t>
      </w:r>
    </w:p>
    <w:p w14:paraId="51E3702B" w14:textId="28677DA2" w:rsidR="0038293A" w:rsidRPr="0045031A" w:rsidRDefault="0038293A" w:rsidP="0038293A">
      <w:pPr>
        <w:pStyle w:val="Heading2"/>
        <w:spacing w:line="360" w:lineRule="auto"/>
      </w:pPr>
      <w:r w:rsidRPr="0045031A">
        <w:lastRenderedPageBreak/>
        <w:t xml:space="preserve">PUBLIC HEARING – </w:t>
      </w:r>
      <w:r w:rsidR="00F565C4">
        <w:t>12</w:t>
      </w:r>
      <w:r w:rsidR="00F565C4" w:rsidRPr="00F565C4">
        <w:rPr>
          <w:vertAlign w:val="superscript"/>
        </w:rPr>
        <w:t>th</w:t>
      </w:r>
      <w:r w:rsidR="00F565C4">
        <w:t xml:space="preserve"> STREET VACATION OF RIGHT-OF-WAY</w:t>
      </w:r>
    </w:p>
    <w:p w14:paraId="1D53013B" w14:textId="6513D434" w:rsidR="0038293A" w:rsidRPr="0045031A" w:rsidRDefault="00F565C4" w:rsidP="0038293A">
      <w:pPr>
        <w:spacing w:after="240" w:line="360" w:lineRule="auto"/>
        <w:rPr>
          <w:rFonts w:cs="Open Sans"/>
          <w:color w:val="000000" w:themeColor="text1"/>
          <w:szCs w:val="24"/>
        </w:rPr>
      </w:pPr>
      <w:r>
        <w:rPr>
          <w:rFonts w:cs="Open Sans"/>
          <w:color w:val="000000" w:themeColor="text1"/>
          <w:szCs w:val="24"/>
        </w:rPr>
        <w:t>Mayor Lievsay</w:t>
      </w:r>
      <w:r w:rsidR="0038293A" w:rsidRPr="0045031A">
        <w:rPr>
          <w:rFonts w:cs="Open Sans"/>
          <w:color w:val="000000" w:themeColor="text1"/>
          <w:szCs w:val="24"/>
        </w:rPr>
        <w:t xml:space="preserve"> opened the Public Hearing</w:t>
      </w:r>
      <w:r w:rsidR="0038293A">
        <w:rPr>
          <w:rFonts w:cs="Open Sans"/>
          <w:color w:val="000000" w:themeColor="text1"/>
          <w:szCs w:val="24"/>
        </w:rPr>
        <w:t xml:space="preserve"> at </w:t>
      </w:r>
      <w:r w:rsidR="00C44427">
        <w:rPr>
          <w:rFonts w:cs="Open Sans"/>
          <w:color w:val="000000" w:themeColor="text1"/>
          <w:szCs w:val="24"/>
        </w:rPr>
        <w:t>7</w:t>
      </w:r>
      <w:r w:rsidR="0038293A">
        <w:rPr>
          <w:rFonts w:cs="Open Sans"/>
          <w:color w:val="000000" w:themeColor="text1"/>
          <w:szCs w:val="24"/>
        </w:rPr>
        <w:t>:</w:t>
      </w:r>
      <w:r w:rsidR="00C44427">
        <w:rPr>
          <w:rFonts w:cs="Open Sans"/>
          <w:color w:val="000000" w:themeColor="text1"/>
          <w:szCs w:val="24"/>
        </w:rPr>
        <w:t>27</w:t>
      </w:r>
      <w:r w:rsidR="0038293A">
        <w:rPr>
          <w:rFonts w:cs="Open Sans"/>
          <w:color w:val="000000" w:themeColor="text1"/>
          <w:szCs w:val="24"/>
        </w:rPr>
        <w:t xml:space="preserve"> p.m.</w:t>
      </w:r>
      <w:r w:rsidR="0038293A" w:rsidRPr="0045031A">
        <w:rPr>
          <w:rFonts w:cs="Open Sans"/>
          <w:color w:val="000000" w:themeColor="text1"/>
          <w:szCs w:val="24"/>
        </w:rPr>
        <w:t xml:space="preserve"> to consider a</w:t>
      </w:r>
      <w:r w:rsidRPr="00F565C4">
        <w:rPr>
          <w:rFonts w:cs="Open Sans"/>
          <w:color w:val="000000" w:themeColor="text1"/>
          <w:szCs w:val="24"/>
        </w:rPr>
        <w:t xml:space="preserve"> vacation of a portion of Right-of-Way located generally at 8131 SW 12th St. (VAC-06-26-9901)</w:t>
      </w:r>
      <w:r>
        <w:rPr>
          <w:rFonts w:cs="Open Sans"/>
          <w:color w:val="000000" w:themeColor="text1"/>
          <w:szCs w:val="24"/>
        </w:rPr>
        <w:t xml:space="preserve">. </w:t>
      </w:r>
      <w:r w:rsidR="0038293A" w:rsidRPr="0045031A">
        <w:rPr>
          <w:rFonts w:cs="Open Sans"/>
          <w:color w:val="000000" w:themeColor="text1"/>
          <w:szCs w:val="24"/>
        </w:rPr>
        <w:t xml:space="preserve">The </w:t>
      </w:r>
      <w:r w:rsidR="00C07949">
        <w:rPr>
          <w:rFonts w:cs="Open Sans"/>
          <w:color w:val="000000" w:themeColor="text1"/>
          <w:szCs w:val="24"/>
        </w:rPr>
        <w:t xml:space="preserve">City Clerk </w:t>
      </w:r>
      <w:r w:rsidR="0038293A" w:rsidRPr="0045031A">
        <w:rPr>
          <w:rFonts w:cs="Open Sans"/>
          <w:color w:val="000000" w:themeColor="text1"/>
          <w:szCs w:val="24"/>
        </w:rPr>
        <w:t xml:space="preserve">entered </w:t>
      </w:r>
      <w:r w:rsidR="00C44427">
        <w:rPr>
          <w:rFonts w:cs="Open Sans"/>
          <w:color w:val="000000" w:themeColor="text1"/>
          <w:szCs w:val="24"/>
        </w:rPr>
        <w:t>one</w:t>
      </w:r>
      <w:r w:rsidR="0038293A" w:rsidRPr="0045031A">
        <w:rPr>
          <w:rFonts w:cs="Open Sans"/>
          <w:color w:val="000000" w:themeColor="text1"/>
          <w:szCs w:val="24"/>
        </w:rPr>
        <w:t xml:space="preserve"> </w:t>
      </w:r>
      <w:proofErr w:type="gramStart"/>
      <w:r w:rsidR="0038293A" w:rsidRPr="0045031A">
        <w:rPr>
          <w:rFonts w:cs="Open Sans"/>
          <w:color w:val="000000" w:themeColor="text1"/>
          <w:szCs w:val="24"/>
        </w:rPr>
        <w:t>exhibits</w:t>
      </w:r>
      <w:proofErr w:type="gramEnd"/>
      <w:r w:rsidR="0038293A" w:rsidRPr="0045031A">
        <w:rPr>
          <w:rFonts w:cs="Open Sans"/>
          <w:color w:val="000000" w:themeColor="text1"/>
          <w:szCs w:val="24"/>
        </w:rPr>
        <w:t xml:space="preserve"> into the record.</w:t>
      </w:r>
    </w:p>
    <w:p w14:paraId="14630595" w14:textId="77777777" w:rsidR="0038293A" w:rsidRPr="0045031A" w:rsidRDefault="0038293A" w:rsidP="0038293A">
      <w:pPr>
        <w:pStyle w:val="Heading3"/>
        <w:spacing w:line="360" w:lineRule="auto"/>
      </w:pPr>
      <w:r w:rsidRPr="0045031A">
        <w:t>STAFF REPORT</w:t>
      </w:r>
    </w:p>
    <w:p w14:paraId="35D9F41B" w14:textId="611C5F7F" w:rsidR="0038293A" w:rsidRPr="0045031A" w:rsidRDefault="0038293A" w:rsidP="0038293A">
      <w:pPr>
        <w:spacing w:after="240" w:line="360" w:lineRule="auto"/>
        <w:rPr>
          <w:color w:val="000000" w:themeColor="text1"/>
        </w:rPr>
      </w:pPr>
      <w:r w:rsidRPr="0045031A">
        <w:rPr>
          <w:color w:val="000000" w:themeColor="text1"/>
        </w:rPr>
        <w:t xml:space="preserve">Planner </w:t>
      </w:r>
      <w:r w:rsidR="00994B64">
        <w:rPr>
          <w:color w:val="000000" w:themeColor="text1"/>
        </w:rPr>
        <w:t>Logan Day</w:t>
      </w:r>
      <w:r w:rsidRPr="0045031A">
        <w:rPr>
          <w:color w:val="000000" w:themeColor="text1"/>
        </w:rPr>
        <w:t xml:space="preserve"> reviewed the details of the proposed </w:t>
      </w:r>
      <w:r w:rsidR="00994B64">
        <w:rPr>
          <w:color w:val="000000" w:themeColor="text1"/>
        </w:rPr>
        <w:t>vacation</w:t>
      </w:r>
      <w:r w:rsidRPr="0045031A">
        <w:rPr>
          <w:color w:val="000000" w:themeColor="text1"/>
        </w:rPr>
        <w:t xml:space="preserve"> and addressed questions from the Council.</w:t>
      </w:r>
    </w:p>
    <w:p w14:paraId="3A9FADE6" w14:textId="439B372C" w:rsidR="0038293A" w:rsidRPr="0045031A" w:rsidRDefault="0038293A" w:rsidP="0038293A">
      <w:pPr>
        <w:spacing w:after="240" w:line="360" w:lineRule="auto"/>
        <w:rPr>
          <w:color w:val="000000" w:themeColor="text1"/>
        </w:rPr>
      </w:pPr>
      <w:r w:rsidRPr="008A561F">
        <w:rPr>
          <w:color w:val="000000" w:themeColor="text1"/>
        </w:rPr>
        <w:t xml:space="preserve">The </w:t>
      </w:r>
      <w:proofErr w:type="gramStart"/>
      <w:r w:rsidRPr="008A561F">
        <w:rPr>
          <w:color w:val="000000" w:themeColor="text1"/>
        </w:rPr>
        <w:t>Mayor</w:t>
      </w:r>
      <w:proofErr w:type="gramEnd"/>
      <w:r w:rsidRPr="008A561F">
        <w:rPr>
          <w:color w:val="000000" w:themeColor="text1"/>
        </w:rPr>
        <w:t xml:space="preserve"> hearing no further comments for or against, closed the public hearing at</w:t>
      </w:r>
      <w:r>
        <w:rPr>
          <w:color w:val="000000" w:themeColor="text1"/>
        </w:rPr>
        <w:t xml:space="preserve"> </w:t>
      </w:r>
      <w:r w:rsidR="00C44427">
        <w:rPr>
          <w:color w:val="000000" w:themeColor="text1"/>
        </w:rPr>
        <w:t>7</w:t>
      </w:r>
      <w:r>
        <w:rPr>
          <w:color w:val="000000" w:themeColor="text1"/>
        </w:rPr>
        <w:t>:</w:t>
      </w:r>
      <w:r w:rsidR="00C44427">
        <w:rPr>
          <w:color w:val="000000" w:themeColor="text1"/>
        </w:rPr>
        <w:t>30</w:t>
      </w:r>
      <w:r w:rsidRPr="008A561F">
        <w:rPr>
          <w:color w:val="000000" w:themeColor="text1"/>
        </w:rPr>
        <w:t xml:space="preserve"> p.m.</w:t>
      </w:r>
    </w:p>
    <w:p w14:paraId="1ADF35C9" w14:textId="5FB38600" w:rsidR="0038293A" w:rsidRPr="0045031A" w:rsidRDefault="0038293A" w:rsidP="0038293A">
      <w:pPr>
        <w:pStyle w:val="Heading2"/>
        <w:spacing w:line="360" w:lineRule="auto"/>
      </w:pPr>
      <w:r w:rsidRPr="0045031A">
        <w:t xml:space="preserve">INTRODUCTION AND FIRST READING OF BILL NUMBER </w:t>
      </w:r>
      <w:r w:rsidR="00994B64">
        <w:t>5414</w:t>
      </w:r>
      <w:r w:rsidRPr="0045031A">
        <w:t xml:space="preserve"> </w:t>
      </w:r>
      <w:r w:rsidR="00994B64">
        <w:t>–</w:t>
      </w:r>
      <w:r w:rsidRPr="0045031A">
        <w:t xml:space="preserve"> </w:t>
      </w:r>
      <w:r w:rsidR="00994B64">
        <w:t>12</w:t>
      </w:r>
      <w:r w:rsidR="00994B64" w:rsidRPr="00F565C4">
        <w:rPr>
          <w:vertAlign w:val="superscript"/>
        </w:rPr>
        <w:t>th</w:t>
      </w:r>
      <w:r w:rsidR="00994B64">
        <w:t xml:space="preserve"> STREET VACATION OF RIGHT-OF-WAY</w:t>
      </w:r>
    </w:p>
    <w:p w14:paraId="001F22B6" w14:textId="338769FF" w:rsidR="0038293A" w:rsidRPr="0045031A" w:rsidRDefault="0038293A" w:rsidP="0038293A">
      <w:pPr>
        <w:spacing w:after="240" w:line="360" w:lineRule="auto"/>
        <w:rPr>
          <w:color w:val="000000" w:themeColor="text1"/>
        </w:rPr>
      </w:pPr>
      <w:r w:rsidRPr="0045031A">
        <w:rPr>
          <w:color w:val="000000" w:themeColor="text1"/>
        </w:rPr>
        <w:t xml:space="preserve">Councilmember </w:t>
      </w:r>
      <w:r w:rsidR="00C44427">
        <w:rPr>
          <w:color w:val="000000" w:themeColor="text1"/>
        </w:rPr>
        <w:t>Kaylor</w:t>
      </w:r>
      <w:r w:rsidRPr="0045031A">
        <w:rPr>
          <w:color w:val="000000" w:themeColor="text1"/>
        </w:rPr>
        <w:t xml:space="preserve"> introduced Bill Number </w:t>
      </w:r>
      <w:r w:rsidR="00994B64">
        <w:rPr>
          <w:color w:val="000000" w:themeColor="text1"/>
        </w:rPr>
        <w:t>5414</w:t>
      </w:r>
      <w:r w:rsidRPr="0045031A">
        <w:rPr>
          <w:color w:val="000000" w:themeColor="text1"/>
        </w:rPr>
        <w:t xml:space="preserve"> approving a </w:t>
      </w:r>
      <w:r w:rsidR="00994B64" w:rsidRPr="00F565C4">
        <w:rPr>
          <w:rFonts w:cs="Open Sans"/>
          <w:color w:val="000000" w:themeColor="text1"/>
          <w:szCs w:val="24"/>
        </w:rPr>
        <w:t>vacation of a portion of Right-of-Way located generally at 8131 SW 12th St. (VAC-06-26-9901)</w:t>
      </w:r>
      <w:r w:rsidRPr="0045031A">
        <w:rPr>
          <w:color w:val="000000" w:themeColor="text1"/>
        </w:rPr>
        <w:t xml:space="preserve">. City Clerk Erin Ford made the first reading of Bill No. </w:t>
      </w:r>
      <w:r w:rsidR="00994B64">
        <w:rPr>
          <w:color w:val="000000" w:themeColor="text1"/>
        </w:rPr>
        <w:t>5414</w:t>
      </w:r>
      <w:r w:rsidRPr="0045031A">
        <w:rPr>
          <w:color w:val="000000" w:themeColor="text1"/>
        </w:rPr>
        <w:t xml:space="preserve"> by title; copies of the proposed Bill having previously been made available to the public.</w:t>
      </w:r>
    </w:p>
    <w:p w14:paraId="4583468E" w14:textId="4BEDEB70" w:rsidR="0038293A" w:rsidRPr="0045031A" w:rsidRDefault="0038293A" w:rsidP="0038293A">
      <w:pPr>
        <w:spacing w:after="240" w:line="360" w:lineRule="auto"/>
        <w:rPr>
          <w:color w:val="000000" w:themeColor="text1"/>
        </w:rPr>
      </w:pPr>
      <w:r w:rsidRPr="0045031A">
        <w:rPr>
          <w:color w:val="000000" w:themeColor="text1"/>
        </w:rPr>
        <w:t xml:space="preserve">Councilmember </w:t>
      </w:r>
      <w:r w:rsidR="00C44427">
        <w:rPr>
          <w:color w:val="000000" w:themeColor="text1"/>
        </w:rPr>
        <w:t>Tholen</w:t>
      </w:r>
      <w:r w:rsidRPr="0045031A">
        <w:rPr>
          <w:color w:val="000000" w:themeColor="text1"/>
        </w:rPr>
        <w:t xml:space="preserve"> moved to approve Bill No. </w:t>
      </w:r>
      <w:r w:rsidR="00994B64">
        <w:rPr>
          <w:color w:val="000000" w:themeColor="text1"/>
        </w:rPr>
        <w:t>5414</w:t>
      </w:r>
      <w:r w:rsidRPr="0045031A">
        <w:rPr>
          <w:color w:val="000000" w:themeColor="text1"/>
        </w:rPr>
        <w:t xml:space="preserve"> upon its first reading and proceed with the second reading. Motion seconded by Councilmember </w:t>
      </w:r>
      <w:r w:rsidR="00C44427">
        <w:rPr>
          <w:color w:val="000000" w:themeColor="text1"/>
        </w:rPr>
        <w:t>Brummel</w:t>
      </w:r>
      <w:r w:rsidRPr="0045031A">
        <w:rPr>
          <w:color w:val="000000" w:themeColor="text1"/>
        </w:rPr>
        <w:t xml:space="preserve"> and carried unanimously.</w:t>
      </w:r>
    </w:p>
    <w:p w14:paraId="58369665" w14:textId="79997D34" w:rsidR="0038293A" w:rsidRPr="005607D7" w:rsidRDefault="0038293A" w:rsidP="0038293A">
      <w:pPr>
        <w:pStyle w:val="Heading3"/>
        <w:spacing w:line="360" w:lineRule="auto"/>
        <w:rPr>
          <w:rFonts w:cs="Segoe UI"/>
          <w:bCs w:val="0"/>
        </w:rPr>
      </w:pPr>
      <w:r w:rsidRPr="00EE3638">
        <w:rPr>
          <w:rFonts w:ascii="Segoe UI" w:hAnsi="Segoe UI" w:cs="Segoe UI"/>
          <w:b/>
          <w:bCs w:val="0"/>
        </w:rPr>
        <w:t xml:space="preserve">SECOND READING – BILL NUMBER </w:t>
      </w:r>
      <w:r w:rsidR="00994B64">
        <w:rPr>
          <w:rFonts w:ascii="Segoe UI" w:hAnsi="Segoe UI" w:cs="Segoe UI"/>
          <w:b/>
          <w:bCs w:val="0"/>
        </w:rPr>
        <w:t>5414</w:t>
      </w:r>
    </w:p>
    <w:p w14:paraId="41347CA1" w14:textId="3C389077" w:rsidR="0038293A" w:rsidRDefault="0038293A" w:rsidP="0038293A">
      <w:pPr>
        <w:spacing w:line="360" w:lineRule="auto"/>
        <w:rPr>
          <w:color w:val="000000" w:themeColor="text1"/>
        </w:rPr>
      </w:pPr>
      <w:r w:rsidRPr="0045031A">
        <w:rPr>
          <w:color w:val="000000" w:themeColor="text1"/>
        </w:rPr>
        <w:t xml:space="preserve">Ms. Ford made the second reading of Bill Number </w:t>
      </w:r>
      <w:r w:rsidR="00994B64">
        <w:rPr>
          <w:color w:val="000000" w:themeColor="text1"/>
        </w:rPr>
        <w:t>5414</w:t>
      </w:r>
      <w:r w:rsidRPr="0045031A">
        <w:rPr>
          <w:color w:val="000000" w:themeColor="text1"/>
        </w:rPr>
        <w:t xml:space="preserve"> by title.  Councilmember </w:t>
      </w:r>
      <w:r w:rsidR="00C44427">
        <w:rPr>
          <w:color w:val="000000" w:themeColor="text1"/>
        </w:rPr>
        <w:t>Ericson</w:t>
      </w:r>
      <w:r w:rsidRPr="0045031A">
        <w:rPr>
          <w:color w:val="000000" w:themeColor="text1"/>
        </w:rPr>
        <w:t xml:space="preserve"> moved to adopt Bill Number </w:t>
      </w:r>
      <w:r w:rsidR="00994B64">
        <w:rPr>
          <w:color w:val="000000" w:themeColor="text1"/>
        </w:rPr>
        <w:t>5414</w:t>
      </w:r>
      <w:r w:rsidRPr="0045031A">
        <w:rPr>
          <w:color w:val="000000" w:themeColor="text1"/>
        </w:rPr>
        <w:t xml:space="preserve"> upon its second reading and give it ORDINANCE Number </w:t>
      </w:r>
      <w:r w:rsidR="00994B64">
        <w:rPr>
          <w:color w:val="000000" w:themeColor="text1"/>
        </w:rPr>
        <w:t>5509,</w:t>
      </w:r>
      <w:r w:rsidRPr="0045031A">
        <w:rPr>
          <w:color w:val="000000" w:themeColor="text1"/>
        </w:rPr>
        <w:t xml:space="preserve"> with a copy attached hereto and made a part of the minutes. Motion seconded by Councilmember </w:t>
      </w:r>
      <w:r w:rsidR="00C44427">
        <w:rPr>
          <w:color w:val="000000" w:themeColor="text1"/>
        </w:rPr>
        <w:t>Rowan</w:t>
      </w:r>
      <w:r w:rsidRPr="0045031A">
        <w:rPr>
          <w:color w:val="000000" w:themeColor="text1"/>
        </w:rPr>
        <w:t xml:space="preserve"> and carried with the following</w:t>
      </w:r>
      <w:r>
        <w:rPr>
          <w:color w:val="000000" w:themeColor="text1"/>
        </w:rPr>
        <w:t>:</w:t>
      </w:r>
    </w:p>
    <w:p w14:paraId="159E0176" w14:textId="77777777" w:rsidR="0038293A" w:rsidRDefault="0038293A" w:rsidP="0038293A">
      <w:pPr>
        <w:pStyle w:val="Heading3"/>
        <w:spacing w:line="360" w:lineRule="auto"/>
      </w:pPr>
      <w:r>
        <w:lastRenderedPageBreak/>
        <w:t>V</w:t>
      </w:r>
      <w:r w:rsidRPr="0045031A">
        <w:t>OTE</w:t>
      </w:r>
    </w:p>
    <w:p w14:paraId="69AABE97" w14:textId="77777777" w:rsidR="0038293A" w:rsidRDefault="0038293A" w:rsidP="0038293A">
      <w:pPr>
        <w:spacing w:after="0" w:line="360" w:lineRule="auto"/>
      </w:pPr>
      <w:r>
        <w:t xml:space="preserve">Kaylor – Aye </w:t>
      </w:r>
    </w:p>
    <w:p w14:paraId="565EA5EF" w14:textId="77777777" w:rsidR="0038293A" w:rsidRDefault="0038293A" w:rsidP="0038293A">
      <w:pPr>
        <w:spacing w:after="0" w:line="360" w:lineRule="auto"/>
      </w:pPr>
      <w:r>
        <w:t xml:space="preserve">Tholen – Aye </w:t>
      </w:r>
    </w:p>
    <w:p w14:paraId="08109E11" w14:textId="77777777" w:rsidR="0038293A" w:rsidRDefault="0038293A" w:rsidP="0038293A">
      <w:pPr>
        <w:spacing w:after="0" w:line="360" w:lineRule="auto"/>
      </w:pPr>
      <w:r>
        <w:t xml:space="preserve">Brummel – Aye </w:t>
      </w:r>
    </w:p>
    <w:p w14:paraId="008C964C" w14:textId="77777777" w:rsidR="0038293A" w:rsidRDefault="0038293A" w:rsidP="0038293A">
      <w:pPr>
        <w:spacing w:after="0" w:line="360" w:lineRule="auto"/>
      </w:pPr>
      <w:r>
        <w:t>Ericson – Aye</w:t>
      </w:r>
    </w:p>
    <w:p w14:paraId="2C6E83DA" w14:textId="77777777" w:rsidR="0038293A" w:rsidRDefault="0038293A" w:rsidP="0038293A">
      <w:pPr>
        <w:spacing w:after="0" w:line="360" w:lineRule="auto"/>
      </w:pPr>
      <w:r>
        <w:t>Markworth – Aye</w:t>
      </w:r>
    </w:p>
    <w:p w14:paraId="26C51C69" w14:textId="77777777" w:rsidR="0038293A" w:rsidRDefault="0038293A" w:rsidP="0038293A">
      <w:pPr>
        <w:spacing w:after="0" w:line="360" w:lineRule="auto"/>
      </w:pPr>
      <w:r>
        <w:t>Rowan – Aye</w:t>
      </w:r>
    </w:p>
    <w:p w14:paraId="7D051213" w14:textId="0A21A18D" w:rsidR="00FF4A92" w:rsidRDefault="0038293A" w:rsidP="00994B64">
      <w:pPr>
        <w:spacing w:after="240" w:line="360" w:lineRule="auto"/>
        <w:contextualSpacing/>
      </w:pPr>
      <w:r>
        <w:t>Mayor Lievsay – Aye</w:t>
      </w:r>
    </w:p>
    <w:p w14:paraId="439ABE6C" w14:textId="21619D51" w:rsidR="00994B64" w:rsidRPr="0045031A" w:rsidRDefault="00994B64" w:rsidP="00994B64">
      <w:pPr>
        <w:pStyle w:val="Heading2"/>
        <w:spacing w:line="360" w:lineRule="auto"/>
      </w:pPr>
      <w:r w:rsidRPr="0045031A">
        <w:t xml:space="preserve">PUBLIC HEARING – </w:t>
      </w:r>
      <w:r>
        <w:t xml:space="preserve">WINWATER AND FLEX SPACES CONDITIONAL USE PERMIT </w:t>
      </w:r>
      <w:r w:rsidRPr="00994B64">
        <w:t>(CUP-03-26-9851)</w:t>
      </w:r>
      <w:r>
        <w:t xml:space="preserve"> AND GENERAL DEVELOPMENT PLAN </w:t>
      </w:r>
      <w:r w:rsidRPr="00994B64">
        <w:t>(GDP-03-26-9850)</w:t>
      </w:r>
    </w:p>
    <w:p w14:paraId="228808DB" w14:textId="1703EF81" w:rsidR="00994B64" w:rsidRPr="0045031A" w:rsidRDefault="00994B64" w:rsidP="00994B64">
      <w:pPr>
        <w:spacing w:after="240" w:line="360" w:lineRule="auto"/>
        <w:rPr>
          <w:rFonts w:cs="Open Sans"/>
          <w:color w:val="000000" w:themeColor="text1"/>
          <w:szCs w:val="24"/>
        </w:rPr>
      </w:pPr>
      <w:r>
        <w:rPr>
          <w:rFonts w:cs="Open Sans"/>
          <w:color w:val="000000" w:themeColor="text1"/>
          <w:szCs w:val="24"/>
        </w:rPr>
        <w:t>Mayor Lievsay</w:t>
      </w:r>
      <w:r w:rsidRPr="0045031A">
        <w:rPr>
          <w:rFonts w:cs="Open Sans"/>
          <w:color w:val="000000" w:themeColor="text1"/>
          <w:szCs w:val="24"/>
        </w:rPr>
        <w:t xml:space="preserve"> opened the Public Hearing</w:t>
      </w:r>
      <w:r>
        <w:rPr>
          <w:rFonts w:cs="Open Sans"/>
          <w:color w:val="000000" w:themeColor="text1"/>
          <w:szCs w:val="24"/>
        </w:rPr>
        <w:t xml:space="preserve"> at </w:t>
      </w:r>
      <w:r w:rsidR="00C44427">
        <w:rPr>
          <w:rFonts w:cs="Open Sans"/>
          <w:color w:val="000000" w:themeColor="text1"/>
          <w:szCs w:val="24"/>
        </w:rPr>
        <w:t>7</w:t>
      </w:r>
      <w:r>
        <w:rPr>
          <w:rFonts w:cs="Open Sans"/>
          <w:color w:val="000000" w:themeColor="text1"/>
          <w:szCs w:val="24"/>
        </w:rPr>
        <w:t>:</w:t>
      </w:r>
      <w:r w:rsidR="00C44427">
        <w:rPr>
          <w:rFonts w:cs="Open Sans"/>
          <w:color w:val="000000" w:themeColor="text1"/>
          <w:szCs w:val="24"/>
        </w:rPr>
        <w:t>31</w:t>
      </w:r>
      <w:r>
        <w:rPr>
          <w:rFonts w:cs="Open Sans"/>
          <w:color w:val="000000" w:themeColor="text1"/>
          <w:szCs w:val="24"/>
        </w:rPr>
        <w:t xml:space="preserve"> p.m.</w:t>
      </w:r>
      <w:r w:rsidRPr="0045031A">
        <w:rPr>
          <w:rFonts w:cs="Open Sans"/>
          <w:color w:val="000000" w:themeColor="text1"/>
          <w:szCs w:val="24"/>
        </w:rPr>
        <w:t xml:space="preserve"> to consider a </w:t>
      </w:r>
      <w:r w:rsidRPr="00994B64">
        <w:rPr>
          <w:rFonts w:cs="Open Sans"/>
          <w:color w:val="000000" w:themeColor="text1"/>
          <w:szCs w:val="24"/>
        </w:rPr>
        <w:t xml:space="preserve">General Development Plan (GDP-03-26-9850) for </w:t>
      </w:r>
      <w:proofErr w:type="spellStart"/>
      <w:r w:rsidRPr="00994B64">
        <w:rPr>
          <w:rFonts w:cs="Open Sans"/>
          <w:color w:val="000000" w:themeColor="text1"/>
          <w:szCs w:val="24"/>
        </w:rPr>
        <w:t>Winwater</w:t>
      </w:r>
      <w:proofErr w:type="spellEnd"/>
      <w:r w:rsidRPr="00994B64">
        <w:rPr>
          <w:rFonts w:cs="Open Sans"/>
          <w:color w:val="000000" w:themeColor="text1"/>
          <w:szCs w:val="24"/>
        </w:rPr>
        <w:t xml:space="preserve"> and Flex </w:t>
      </w:r>
      <w:r>
        <w:rPr>
          <w:rFonts w:cs="Open Sans"/>
          <w:color w:val="000000" w:themeColor="text1"/>
          <w:szCs w:val="24"/>
        </w:rPr>
        <w:t>Spaces</w:t>
      </w:r>
      <w:r w:rsidRPr="00994B64">
        <w:rPr>
          <w:rFonts w:cs="Open Sans"/>
          <w:color w:val="000000" w:themeColor="text1"/>
          <w:szCs w:val="24"/>
        </w:rPr>
        <w:t xml:space="preserve"> to allow for the development of approximately 28,500+/- square feet of building area, and for consideration to approve a Conditional Use Permit (CUP-03-26-9851) allowing the use of “Storage-Residential Warehouse” on approximately 5+/- acres of land located at 2601 NW Jefferson St</w:t>
      </w:r>
      <w:r>
        <w:rPr>
          <w:rFonts w:cs="Open Sans"/>
          <w:color w:val="000000" w:themeColor="text1"/>
          <w:szCs w:val="24"/>
        </w:rPr>
        <w:t xml:space="preserve">. </w:t>
      </w:r>
      <w:r w:rsidRPr="0045031A">
        <w:rPr>
          <w:rFonts w:cs="Open Sans"/>
          <w:color w:val="000000" w:themeColor="text1"/>
          <w:szCs w:val="24"/>
        </w:rPr>
        <w:t xml:space="preserve">The </w:t>
      </w:r>
      <w:r>
        <w:rPr>
          <w:rFonts w:cs="Open Sans"/>
          <w:color w:val="000000" w:themeColor="text1"/>
          <w:szCs w:val="24"/>
        </w:rPr>
        <w:t xml:space="preserve">City Clerk </w:t>
      </w:r>
      <w:r w:rsidRPr="0045031A">
        <w:rPr>
          <w:rFonts w:cs="Open Sans"/>
          <w:color w:val="000000" w:themeColor="text1"/>
          <w:szCs w:val="24"/>
        </w:rPr>
        <w:t xml:space="preserve">entered </w:t>
      </w:r>
      <w:r w:rsidR="00C44427">
        <w:rPr>
          <w:rFonts w:cs="Open Sans"/>
          <w:color w:val="000000" w:themeColor="text1"/>
          <w:szCs w:val="24"/>
        </w:rPr>
        <w:t>two</w:t>
      </w:r>
      <w:r w:rsidRPr="0045031A">
        <w:rPr>
          <w:rFonts w:cs="Open Sans"/>
          <w:color w:val="000000" w:themeColor="text1"/>
          <w:szCs w:val="24"/>
        </w:rPr>
        <w:t xml:space="preserve"> exhibits into the record</w:t>
      </w:r>
      <w:r w:rsidR="00C44427">
        <w:rPr>
          <w:rFonts w:cs="Open Sans"/>
          <w:color w:val="000000" w:themeColor="text1"/>
          <w:szCs w:val="24"/>
        </w:rPr>
        <w:t>, with a third added at the meeting by the Applicant</w:t>
      </w:r>
      <w:r w:rsidRPr="0045031A">
        <w:rPr>
          <w:rFonts w:cs="Open Sans"/>
          <w:color w:val="000000" w:themeColor="text1"/>
          <w:szCs w:val="24"/>
        </w:rPr>
        <w:t>.</w:t>
      </w:r>
    </w:p>
    <w:p w14:paraId="57C8884F" w14:textId="77777777" w:rsidR="00994B64" w:rsidRPr="0045031A" w:rsidRDefault="00994B64" w:rsidP="00994B64">
      <w:pPr>
        <w:pStyle w:val="Heading3"/>
        <w:spacing w:line="360" w:lineRule="auto"/>
      </w:pPr>
      <w:r w:rsidRPr="0045031A">
        <w:t>STAFF REPORT</w:t>
      </w:r>
    </w:p>
    <w:p w14:paraId="432214DE" w14:textId="3140043F" w:rsidR="00994B64" w:rsidRPr="0045031A" w:rsidRDefault="00994B64" w:rsidP="00994B64">
      <w:pPr>
        <w:spacing w:after="240" w:line="360" w:lineRule="auto"/>
        <w:rPr>
          <w:color w:val="000000" w:themeColor="text1"/>
        </w:rPr>
      </w:pPr>
      <w:r w:rsidRPr="0045031A">
        <w:rPr>
          <w:color w:val="000000" w:themeColor="text1"/>
        </w:rPr>
        <w:t xml:space="preserve">Planner </w:t>
      </w:r>
      <w:r>
        <w:rPr>
          <w:color w:val="000000" w:themeColor="text1"/>
        </w:rPr>
        <w:t>Logan Day</w:t>
      </w:r>
      <w:r w:rsidRPr="0045031A">
        <w:rPr>
          <w:color w:val="000000" w:themeColor="text1"/>
        </w:rPr>
        <w:t xml:space="preserve"> reviewed the details of the proposed </w:t>
      </w:r>
      <w:r>
        <w:rPr>
          <w:color w:val="000000" w:themeColor="text1"/>
        </w:rPr>
        <w:t>Conditional Use Permit and General Development Plan</w:t>
      </w:r>
      <w:r w:rsidRPr="0045031A">
        <w:rPr>
          <w:color w:val="000000" w:themeColor="text1"/>
        </w:rPr>
        <w:t xml:space="preserve"> and addressed questions from the Council.</w:t>
      </w:r>
    </w:p>
    <w:p w14:paraId="0D875E25" w14:textId="77777777" w:rsidR="00994B64" w:rsidRPr="0045031A" w:rsidRDefault="00994B64" w:rsidP="00994B64">
      <w:pPr>
        <w:pStyle w:val="Heading3"/>
        <w:spacing w:line="360" w:lineRule="auto"/>
      </w:pPr>
      <w:r w:rsidRPr="0045031A">
        <w:t>APPLICANT</w:t>
      </w:r>
    </w:p>
    <w:p w14:paraId="1D336E96" w14:textId="5891FCAF" w:rsidR="00994B64" w:rsidRPr="0045031A" w:rsidRDefault="00994B64" w:rsidP="00994B64">
      <w:pPr>
        <w:spacing w:after="240" w:line="360" w:lineRule="auto"/>
        <w:rPr>
          <w:color w:val="000000" w:themeColor="text1"/>
        </w:rPr>
      </w:pPr>
      <w:r w:rsidRPr="00ED20BA">
        <w:rPr>
          <w:color w:val="000000" w:themeColor="text1"/>
        </w:rPr>
        <w:t>The applicant</w:t>
      </w:r>
      <w:r w:rsidR="00C44427" w:rsidRPr="00ED20BA">
        <w:rPr>
          <w:color w:val="000000" w:themeColor="text1"/>
        </w:rPr>
        <w:t>’s attorney</w:t>
      </w:r>
      <w:r w:rsidRPr="00ED20BA">
        <w:rPr>
          <w:color w:val="000000" w:themeColor="text1"/>
        </w:rPr>
        <w:t>,</w:t>
      </w:r>
      <w:r w:rsidR="004B52B0" w:rsidRPr="00ED20BA">
        <w:rPr>
          <w:color w:val="000000" w:themeColor="text1"/>
        </w:rPr>
        <w:t xml:space="preserve"> Shawn </w:t>
      </w:r>
      <w:r w:rsidR="00C44427" w:rsidRPr="00ED20BA">
        <w:rPr>
          <w:color w:val="000000" w:themeColor="text1"/>
        </w:rPr>
        <w:t>Stuart</w:t>
      </w:r>
      <w:r w:rsidR="004B52B0" w:rsidRPr="00ED20BA">
        <w:rPr>
          <w:color w:val="000000" w:themeColor="text1"/>
        </w:rPr>
        <w:t>, Jerry Powell, Troy King and Bart Fisher</w:t>
      </w:r>
      <w:r w:rsidR="00C44427">
        <w:rPr>
          <w:color w:val="000000" w:themeColor="text1"/>
        </w:rPr>
        <w:t xml:space="preserve"> </w:t>
      </w:r>
      <w:r w:rsidRPr="0045031A">
        <w:rPr>
          <w:color w:val="000000" w:themeColor="text1"/>
        </w:rPr>
        <w:t>w</w:t>
      </w:r>
      <w:r w:rsidR="00ED20BA">
        <w:rPr>
          <w:color w:val="000000" w:themeColor="text1"/>
        </w:rPr>
        <w:t>ere</w:t>
      </w:r>
      <w:r w:rsidRPr="0045031A">
        <w:rPr>
          <w:color w:val="000000" w:themeColor="text1"/>
        </w:rPr>
        <w:t xml:space="preserve"> available to address questions from Council.</w:t>
      </w:r>
    </w:p>
    <w:p w14:paraId="6A2B3658" w14:textId="77777777" w:rsidR="00994B64" w:rsidRPr="0045031A" w:rsidRDefault="00994B64" w:rsidP="00994B64">
      <w:pPr>
        <w:pStyle w:val="Heading3"/>
        <w:spacing w:line="360" w:lineRule="auto"/>
        <w:rPr>
          <w:rFonts w:ascii="Open Sans" w:hAnsi="Open Sans"/>
        </w:rPr>
      </w:pPr>
      <w:r w:rsidRPr="0045031A">
        <w:t>IN OPPOSITION TO</w:t>
      </w:r>
    </w:p>
    <w:p w14:paraId="16D0C628" w14:textId="7587F190" w:rsidR="00994B64" w:rsidRDefault="004B52B0" w:rsidP="00994B64">
      <w:pPr>
        <w:spacing w:after="240" w:line="360" w:lineRule="auto"/>
        <w:rPr>
          <w:color w:val="000000" w:themeColor="text1"/>
        </w:rPr>
      </w:pPr>
      <w:r>
        <w:rPr>
          <w:color w:val="000000" w:themeColor="text1"/>
        </w:rPr>
        <w:t>Tim Due, Larry Anderson and Jack Rudnay</w:t>
      </w:r>
      <w:r w:rsidR="00994B64" w:rsidRPr="0045031A">
        <w:rPr>
          <w:color w:val="000000" w:themeColor="text1"/>
        </w:rPr>
        <w:t xml:space="preserve"> spoke in opposition.</w:t>
      </w:r>
    </w:p>
    <w:p w14:paraId="624EAD7E" w14:textId="339A307F" w:rsidR="00994B64" w:rsidRPr="0045031A" w:rsidRDefault="00994B64" w:rsidP="00994B64">
      <w:pPr>
        <w:spacing w:after="240" w:line="360" w:lineRule="auto"/>
        <w:rPr>
          <w:color w:val="000000" w:themeColor="text1"/>
        </w:rPr>
      </w:pPr>
      <w:r w:rsidRPr="008A561F">
        <w:rPr>
          <w:color w:val="000000" w:themeColor="text1"/>
        </w:rPr>
        <w:lastRenderedPageBreak/>
        <w:t xml:space="preserve">The </w:t>
      </w:r>
      <w:proofErr w:type="gramStart"/>
      <w:r w:rsidRPr="008A561F">
        <w:rPr>
          <w:color w:val="000000" w:themeColor="text1"/>
        </w:rPr>
        <w:t>Mayor</w:t>
      </w:r>
      <w:proofErr w:type="gramEnd"/>
      <w:r w:rsidRPr="008A561F">
        <w:rPr>
          <w:color w:val="000000" w:themeColor="text1"/>
        </w:rPr>
        <w:t xml:space="preserve"> hearing no further comments for or against, closed the public hearing at</w:t>
      </w:r>
      <w:r>
        <w:rPr>
          <w:color w:val="000000" w:themeColor="text1"/>
        </w:rPr>
        <w:t xml:space="preserve"> </w:t>
      </w:r>
      <w:r w:rsidR="004B52B0">
        <w:rPr>
          <w:color w:val="000000" w:themeColor="text1"/>
        </w:rPr>
        <w:t>8</w:t>
      </w:r>
      <w:r>
        <w:rPr>
          <w:color w:val="000000" w:themeColor="text1"/>
        </w:rPr>
        <w:t>:</w:t>
      </w:r>
      <w:r w:rsidR="004B52B0">
        <w:rPr>
          <w:color w:val="000000" w:themeColor="text1"/>
        </w:rPr>
        <w:t>37</w:t>
      </w:r>
      <w:r w:rsidRPr="008A561F">
        <w:rPr>
          <w:color w:val="000000" w:themeColor="text1"/>
        </w:rPr>
        <w:t xml:space="preserve"> p.m.</w:t>
      </w:r>
    </w:p>
    <w:p w14:paraId="7F62A71E" w14:textId="26884091" w:rsidR="00994B64" w:rsidRPr="0045031A" w:rsidRDefault="00994B64" w:rsidP="00994B64">
      <w:pPr>
        <w:pStyle w:val="Heading2"/>
        <w:spacing w:line="360" w:lineRule="auto"/>
      </w:pPr>
      <w:bookmarkStart w:id="0" w:name="_Hlk218522061"/>
      <w:r w:rsidRPr="0045031A">
        <w:t xml:space="preserve">INTRODUCTION AND FIRST READING OF BILL NUMBER </w:t>
      </w:r>
      <w:r>
        <w:t>5415</w:t>
      </w:r>
      <w:r w:rsidRPr="0045031A">
        <w:t xml:space="preserve"> </w:t>
      </w:r>
      <w:r>
        <w:t>–</w:t>
      </w:r>
      <w:r w:rsidRPr="0045031A">
        <w:t xml:space="preserve"> </w:t>
      </w:r>
      <w:r>
        <w:t xml:space="preserve">WINWATER AND FLEX SPACES CONDITIONAL USE PERMIT </w:t>
      </w:r>
      <w:r w:rsidRPr="00994B64">
        <w:t>(CUP-03-26-9851)</w:t>
      </w:r>
      <w:r>
        <w:t xml:space="preserve"> AND GENERAL DEVELOPMENT PLAN </w:t>
      </w:r>
      <w:r w:rsidRPr="00994B64">
        <w:t>(GDP-03-26-9850)</w:t>
      </w:r>
    </w:p>
    <w:p w14:paraId="06B21CC4" w14:textId="1F6215F7" w:rsidR="00994B64" w:rsidRPr="0045031A" w:rsidRDefault="00994B64" w:rsidP="00994B64">
      <w:pPr>
        <w:spacing w:after="240" w:line="360" w:lineRule="auto"/>
        <w:rPr>
          <w:color w:val="000000" w:themeColor="text1"/>
        </w:rPr>
      </w:pPr>
      <w:r w:rsidRPr="0045031A">
        <w:rPr>
          <w:color w:val="000000" w:themeColor="text1"/>
        </w:rPr>
        <w:t xml:space="preserve">Councilmember </w:t>
      </w:r>
      <w:r w:rsidR="004B52B0">
        <w:rPr>
          <w:color w:val="000000" w:themeColor="text1"/>
        </w:rPr>
        <w:t>Kaylor</w:t>
      </w:r>
      <w:r w:rsidRPr="0045031A">
        <w:rPr>
          <w:color w:val="000000" w:themeColor="text1"/>
        </w:rPr>
        <w:t xml:space="preserve"> introduced Bill Number </w:t>
      </w:r>
      <w:r>
        <w:rPr>
          <w:color w:val="000000" w:themeColor="text1"/>
        </w:rPr>
        <w:t>5415</w:t>
      </w:r>
      <w:r w:rsidRPr="0045031A">
        <w:rPr>
          <w:color w:val="000000" w:themeColor="text1"/>
        </w:rPr>
        <w:t xml:space="preserve"> approving a </w:t>
      </w:r>
      <w:proofErr w:type="spellStart"/>
      <w:r w:rsidRPr="0045031A">
        <w:rPr>
          <w:rFonts w:cs="Open Sans"/>
          <w:color w:val="000000" w:themeColor="text1"/>
          <w:szCs w:val="24"/>
        </w:rPr>
        <w:t>a</w:t>
      </w:r>
      <w:proofErr w:type="spellEnd"/>
      <w:r w:rsidRPr="0045031A">
        <w:rPr>
          <w:rFonts w:cs="Open Sans"/>
          <w:color w:val="000000" w:themeColor="text1"/>
          <w:szCs w:val="24"/>
        </w:rPr>
        <w:t xml:space="preserve"> </w:t>
      </w:r>
      <w:r w:rsidRPr="00994B64">
        <w:rPr>
          <w:rFonts w:cs="Open Sans"/>
          <w:color w:val="000000" w:themeColor="text1"/>
          <w:szCs w:val="24"/>
        </w:rPr>
        <w:t xml:space="preserve">General Development Plan (GDP-03-26-9850) for </w:t>
      </w:r>
      <w:proofErr w:type="spellStart"/>
      <w:r w:rsidRPr="00994B64">
        <w:rPr>
          <w:rFonts w:cs="Open Sans"/>
          <w:color w:val="000000" w:themeColor="text1"/>
          <w:szCs w:val="24"/>
        </w:rPr>
        <w:t>Winwater</w:t>
      </w:r>
      <w:proofErr w:type="spellEnd"/>
      <w:r w:rsidRPr="00994B64">
        <w:rPr>
          <w:rFonts w:cs="Open Sans"/>
          <w:color w:val="000000" w:themeColor="text1"/>
          <w:szCs w:val="24"/>
        </w:rPr>
        <w:t xml:space="preserve"> and Flex </w:t>
      </w:r>
      <w:r>
        <w:rPr>
          <w:rFonts w:cs="Open Sans"/>
          <w:color w:val="000000" w:themeColor="text1"/>
          <w:szCs w:val="24"/>
        </w:rPr>
        <w:t>Spaces</w:t>
      </w:r>
      <w:r w:rsidRPr="00994B64">
        <w:rPr>
          <w:rFonts w:cs="Open Sans"/>
          <w:color w:val="000000" w:themeColor="text1"/>
          <w:szCs w:val="24"/>
        </w:rPr>
        <w:t xml:space="preserve"> to allow for the development of approximately 28,500+/- square feet of building area, and for consideration to approve a Conditional Use Permit (CUP-03-26-9851) allowing the use of “Storage-Residential Warehouse” on approximately 5+/- acres of land located at 2601 NW Jefferson St</w:t>
      </w:r>
      <w:r>
        <w:rPr>
          <w:rFonts w:cs="Open Sans"/>
          <w:color w:val="000000" w:themeColor="text1"/>
          <w:szCs w:val="24"/>
        </w:rPr>
        <w:t xml:space="preserve">. </w:t>
      </w:r>
      <w:r w:rsidRPr="0045031A">
        <w:rPr>
          <w:color w:val="000000" w:themeColor="text1"/>
        </w:rPr>
        <w:t xml:space="preserve">City Clerk Erin Ford made the first reading of Bill No. </w:t>
      </w:r>
      <w:r>
        <w:rPr>
          <w:color w:val="000000" w:themeColor="text1"/>
        </w:rPr>
        <w:t>5415</w:t>
      </w:r>
      <w:r w:rsidRPr="0045031A">
        <w:rPr>
          <w:color w:val="000000" w:themeColor="text1"/>
        </w:rPr>
        <w:t xml:space="preserve"> by title; copies of the proposed Bill having previously been made available to the public.</w:t>
      </w:r>
    </w:p>
    <w:p w14:paraId="158F5CC0" w14:textId="4933430D" w:rsidR="00994B64" w:rsidRDefault="00994B64" w:rsidP="004B52B0">
      <w:pPr>
        <w:spacing w:after="240" w:line="360" w:lineRule="auto"/>
      </w:pPr>
      <w:r w:rsidRPr="0045031A">
        <w:rPr>
          <w:color w:val="000000" w:themeColor="text1"/>
        </w:rPr>
        <w:t xml:space="preserve">Councilmember </w:t>
      </w:r>
      <w:r w:rsidR="004B52B0">
        <w:rPr>
          <w:color w:val="000000" w:themeColor="text1"/>
        </w:rPr>
        <w:t>Tholen</w:t>
      </w:r>
      <w:r w:rsidRPr="0045031A">
        <w:rPr>
          <w:color w:val="000000" w:themeColor="text1"/>
        </w:rPr>
        <w:t xml:space="preserve"> moved to approve Bill No. </w:t>
      </w:r>
      <w:r>
        <w:rPr>
          <w:color w:val="000000" w:themeColor="text1"/>
        </w:rPr>
        <w:t>5415</w:t>
      </w:r>
      <w:r w:rsidRPr="0045031A">
        <w:rPr>
          <w:color w:val="000000" w:themeColor="text1"/>
        </w:rPr>
        <w:t xml:space="preserve"> upon its first reading and proceed with the second reading. Motion seconded by Councilmember </w:t>
      </w:r>
      <w:r w:rsidR="004B52B0">
        <w:rPr>
          <w:color w:val="000000" w:themeColor="text1"/>
        </w:rPr>
        <w:t>Brummel.</w:t>
      </w:r>
      <w:r w:rsidRPr="0045031A">
        <w:rPr>
          <w:color w:val="000000" w:themeColor="text1"/>
        </w:rPr>
        <w:t xml:space="preserve"> </w:t>
      </w:r>
    </w:p>
    <w:bookmarkEnd w:id="0"/>
    <w:p w14:paraId="2B8F3929" w14:textId="77777777" w:rsidR="004B52B0" w:rsidRDefault="004B52B0" w:rsidP="004B52B0">
      <w:pPr>
        <w:pStyle w:val="Heading2"/>
      </w:pPr>
      <w:r>
        <w:t>MOTION TO CONTINUE</w:t>
      </w:r>
    </w:p>
    <w:p w14:paraId="6E1718C9" w14:textId="7F7507F1" w:rsidR="004B52B0" w:rsidRDefault="004B52B0" w:rsidP="004B52B0">
      <w:pPr>
        <w:pStyle w:val="Heading2"/>
      </w:pPr>
      <w:proofErr w:type="gramStart"/>
      <w:r>
        <w:rPr>
          <w:b w:val="0"/>
          <w:bCs w:val="0"/>
        </w:rPr>
        <w:t>Councilmember</w:t>
      </w:r>
      <w:proofErr w:type="gramEnd"/>
      <w:r>
        <w:rPr>
          <w:b w:val="0"/>
          <w:bCs w:val="0"/>
        </w:rPr>
        <w:t xml:space="preserve"> Ericson moved to continue approval of the Bill to the July 20, </w:t>
      </w:r>
      <w:proofErr w:type="gramStart"/>
      <w:r>
        <w:rPr>
          <w:b w:val="0"/>
          <w:bCs w:val="0"/>
        </w:rPr>
        <w:t>2026</w:t>
      </w:r>
      <w:proofErr w:type="gramEnd"/>
      <w:r>
        <w:rPr>
          <w:b w:val="0"/>
          <w:bCs w:val="0"/>
        </w:rPr>
        <w:t xml:space="preserve"> City Council meeting. Motion seconded by Councilmember Brummel and carried unanimously. </w:t>
      </w:r>
      <w:r>
        <w:t xml:space="preserve"> </w:t>
      </w:r>
    </w:p>
    <w:p w14:paraId="4B148C03" w14:textId="49E79F90" w:rsidR="00994B64" w:rsidRPr="0045031A" w:rsidRDefault="00994B64" w:rsidP="00994B64">
      <w:pPr>
        <w:pStyle w:val="Heading2"/>
        <w:spacing w:line="360" w:lineRule="auto"/>
      </w:pPr>
      <w:r w:rsidRPr="0045031A">
        <w:t xml:space="preserve">INTRODUCTION AND FIRST READING OF BILL NUMBER </w:t>
      </w:r>
      <w:r>
        <w:t>5416</w:t>
      </w:r>
      <w:r w:rsidRPr="0045031A">
        <w:t xml:space="preserve"> </w:t>
      </w:r>
      <w:r>
        <w:t>–</w:t>
      </w:r>
      <w:r w:rsidRPr="0045031A">
        <w:t xml:space="preserve"> </w:t>
      </w:r>
      <w:r>
        <w:t>12</w:t>
      </w:r>
      <w:r w:rsidRPr="00994B64">
        <w:rPr>
          <w:vertAlign w:val="superscript"/>
        </w:rPr>
        <w:t>TH</w:t>
      </w:r>
      <w:r>
        <w:t xml:space="preserve"> ST EASEMENTS</w:t>
      </w:r>
    </w:p>
    <w:p w14:paraId="6E4C2927" w14:textId="37B11E1B" w:rsidR="00994B64" w:rsidRPr="0045031A" w:rsidRDefault="00994B64" w:rsidP="00994B64">
      <w:pPr>
        <w:spacing w:after="240" w:line="360" w:lineRule="auto"/>
        <w:rPr>
          <w:color w:val="000000" w:themeColor="text1"/>
        </w:rPr>
      </w:pPr>
      <w:r w:rsidRPr="0045031A">
        <w:rPr>
          <w:color w:val="000000" w:themeColor="text1"/>
        </w:rPr>
        <w:t xml:space="preserve">Councilmember </w:t>
      </w:r>
      <w:r w:rsidR="004B52B0">
        <w:rPr>
          <w:color w:val="000000" w:themeColor="text1"/>
        </w:rPr>
        <w:t>Kaylor</w:t>
      </w:r>
      <w:r w:rsidRPr="0045031A">
        <w:rPr>
          <w:color w:val="000000" w:themeColor="text1"/>
        </w:rPr>
        <w:t xml:space="preserve"> introduced Bill Number </w:t>
      </w:r>
      <w:r>
        <w:rPr>
          <w:color w:val="000000" w:themeColor="text1"/>
        </w:rPr>
        <w:t>5416</w:t>
      </w:r>
      <w:r w:rsidRPr="0045031A">
        <w:rPr>
          <w:color w:val="000000" w:themeColor="text1"/>
        </w:rPr>
        <w:t xml:space="preserve"> </w:t>
      </w:r>
      <w:r w:rsidR="00216806" w:rsidRPr="00216806">
        <w:rPr>
          <w:color w:val="000000" w:themeColor="text1"/>
        </w:rPr>
        <w:t xml:space="preserve">accepting permanent utility, permanent right-of-way and permanent construction easements from property owners for construction of 12th Street from SW </w:t>
      </w:r>
      <w:proofErr w:type="spellStart"/>
      <w:r w:rsidR="00216806" w:rsidRPr="00216806">
        <w:rPr>
          <w:color w:val="000000" w:themeColor="text1"/>
        </w:rPr>
        <w:t>Southcrest</w:t>
      </w:r>
      <w:proofErr w:type="spellEnd"/>
      <w:r w:rsidR="00216806" w:rsidRPr="00216806">
        <w:rPr>
          <w:color w:val="000000" w:themeColor="text1"/>
        </w:rPr>
        <w:t xml:space="preserve"> Drive to Wyatt Road (Project ST-55 Bonds)</w:t>
      </w:r>
      <w:r w:rsidRPr="0045031A">
        <w:rPr>
          <w:color w:val="000000" w:themeColor="text1"/>
        </w:rPr>
        <w:t xml:space="preserve">. City Clerk Erin Ford made the first reading of Bill No. </w:t>
      </w:r>
      <w:r w:rsidR="00216806">
        <w:rPr>
          <w:color w:val="000000" w:themeColor="text1"/>
        </w:rPr>
        <w:t>5416</w:t>
      </w:r>
      <w:r w:rsidRPr="0045031A">
        <w:rPr>
          <w:color w:val="000000" w:themeColor="text1"/>
        </w:rPr>
        <w:t xml:space="preserve"> by title; copies of the proposed Bill having previously been made available to the public.</w:t>
      </w:r>
    </w:p>
    <w:p w14:paraId="7AD3A3BE" w14:textId="6EDD2BA5" w:rsidR="00994B64" w:rsidRPr="0045031A" w:rsidRDefault="00994B64" w:rsidP="00994B64">
      <w:pPr>
        <w:spacing w:after="240" w:line="360" w:lineRule="auto"/>
        <w:rPr>
          <w:color w:val="000000" w:themeColor="text1"/>
        </w:rPr>
      </w:pPr>
      <w:r w:rsidRPr="0045031A">
        <w:rPr>
          <w:color w:val="000000" w:themeColor="text1"/>
        </w:rPr>
        <w:lastRenderedPageBreak/>
        <w:t xml:space="preserve">Councilmember </w:t>
      </w:r>
      <w:r w:rsidR="004B52B0">
        <w:rPr>
          <w:color w:val="000000" w:themeColor="text1"/>
        </w:rPr>
        <w:t>Tholen</w:t>
      </w:r>
      <w:r w:rsidRPr="0045031A">
        <w:rPr>
          <w:color w:val="000000" w:themeColor="text1"/>
        </w:rPr>
        <w:t xml:space="preserve"> moved to approve Bill No. </w:t>
      </w:r>
      <w:r w:rsidR="00216806">
        <w:rPr>
          <w:color w:val="000000" w:themeColor="text1"/>
        </w:rPr>
        <w:t>5416</w:t>
      </w:r>
      <w:r w:rsidRPr="0045031A">
        <w:rPr>
          <w:color w:val="000000" w:themeColor="text1"/>
        </w:rPr>
        <w:t xml:space="preserve"> upon its first reading and proceed with the second reading. Motion seconded by Councilmember </w:t>
      </w:r>
      <w:r w:rsidR="004B52B0">
        <w:rPr>
          <w:color w:val="000000" w:themeColor="text1"/>
        </w:rPr>
        <w:t>Brummel</w:t>
      </w:r>
      <w:r w:rsidRPr="0045031A">
        <w:rPr>
          <w:color w:val="000000" w:themeColor="text1"/>
        </w:rPr>
        <w:t xml:space="preserve"> and carried unanimously.</w:t>
      </w:r>
    </w:p>
    <w:p w14:paraId="243DA37D" w14:textId="45AABA28" w:rsidR="00994B64" w:rsidRPr="005607D7" w:rsidRDefault="00994B64" w:rsidP="00994B64">
      <w:pPr>
        <w:pStyle w:val="Heading3"/>
        <w:spacing w:line="360" w:lineRule="auto"/>
        <w:rPr>
          <w:rFonts w:cs="Segoe UI"/>
          <w:bCs w:val="0"/>
        </w:rPr>
      </w:pPr>
      <w:r w:rsidRPr="00EE3638">
        <w:rPr>
          <w:rFonts w:ascii="Segoe UI" w:hAnsi="Segoe UI" w:cs="Segoe UI"/>
          <w:b/>
          <w:bCs w:val="0"/>
        </w:rPr>
        <w:t xml:space="preserve">SECOND READING – BILL NUMBER </w:t>
      </w:r>
      <w:r w:rsidR="00216806">
        <w:rPr>
          <w:rFonts w:ascii="Segoe UI" w:hAnsi="Segoe UI" w:cs="Segoe UI"/>
          <w:b/>
          <w:bCs w:val="0"/>
        </w:rPr>
        <w:t>5416</w:t>
      </w:r>
    </w:p>
    <w:p w14:paraId="6BB5C8CD" w14:textId="5BDF5E62" w:rsidR="00994B64" w:rsidRDefault="00994B64" w:rsidP="00994B64">
      <w:pPr>
        <w:spacing w:line="360" w:lineRule="auto"/>
        <w:rPr>
          <w:color w:val="000000" w:themeColor="text1"/>
        </w:rPr>
      </w:pPr>
      <w:r w:rsidRPr="0045031A">
        <w:rPr>
          <w:color w:val="000000" w:themeColor="text1"/>
        </w:rPr>
        <w:t xml:space="preserve">Ms. Ford made the second reading of Bill Number </w:t>
      </w:r>
      <w:r w:rsidR="00216806">
        <w:rPr>
          <w:color w:val="000000" w:themeColor="text1"/>
        </w:rPr>
        <w:t>5416</w:t>
      </w:r>
      <w:r w:rsidRPr="0045031A">
        <w:rPr>
          <w:color w:val="000000" w:themeColor="text1"/>
        </w:rPr>
        <w:t xml:space="preserve"> by title.  Councilmember </w:t>
      </w:r>
      <w:r w:rsidR="004B52B0">
        <w:rPr>
          <w:color w:val="000000" w:themeColor="text1"/>
        </w:rPr>
        <w:t>Ericson</w:t>
      </w:r>
      <w:r w:rsidRPr="0045031A">
        <w:rPr>
          <w:color w:val="000000" w:themeColor="text1"/>
        </w:rPr>
        <w:t xml:space="preserve"> moved to adopt Bill Number </w:t>
      </w:r>
      <w:r w:rsidR="00216806">
        <w:rPr>
          <w:color w:val="000000" w:themeColor="text1"/>
        </w:rPr>
        <w:t>5416</w:t>
      </w:r>
      <w:r w:rsidRPr="0045031A">
        <w:rPr>
          <w:color w:val="000000" w:themeColor="text1"/>
        </w:rPr>
        <w:t xml:space="preserve"> upon its second reading and give it ORDINANCE Number </w:t>
      </w:r>
      <w:r w:rsidR="00216806">
        <w:rPr>
          <w:color w:val="000000" w:themeColor="text1"/>
        </w:rPr>
        <w:t>551</w:t>
      </w:r>
      <w:r w:rsidR="004B52B0">
        <w:rPr>
          <w:color w:val="000000" w:themeColor="text1"/>
        </w:rPr>
        <w:t>0</w:t>
      </w:r>
      <w:r w:rsidR="00216806">
        <w:rPr>
          <w:color w:val="000000" w:themeColor="text1"/>
        </w:rPr>
        <w:t>,</w:t>
      </w:r>
      <w:r w:rsidRPr="0045031A">
        <w:rPr>
          <w:color w:val="000000" w:themeColor="text1"/>
        </w:rPr>
        <w:t xml:space="preserve"> with a copy attached hereto and made a part of the minutes. Motion seconded by Councilmember </w:t>
      </w:r>
      <w:r w:rsidR="004B52B0">
        <w:rPr>
          <w:color w:val="000000" w:themeColor="text1"/>
        </w:rPr>
        <w:t>Brummel</w:t>
      </w:r>
      <w:r w:rsidRPr="0045031A">
        <w:rPr>
          <w:color w:val="000000" w:themeColor="text1"/>
        </w:rPr>
        <w:t xml:space="preserve"> and </w:t>
      </w:r>
      <w:proofErr w:type="gramStart"/>
      <w:r w:rsidRPr="0045031A">
        <w:rPr>
          <w:color w:val="000000" w:themeColor="text1"/>
        </w:rPr>
        <w:t>carried</w:t>
      </w:r>
      <w:proofErr w:type="gramEnd"/>
      <w:r w:rsidRPr="0045031A">
        <w:rPr>
          <w:color w:val="000000" w:themeColor="text1"/>
        </w:rPr>
        <w:t xml:space="preserve"> with the following</w:t>
      </w:r>
      <w:r>
        <w:rPr>
          <w:color w:val="000000" w:themeColor="text1"/>
        </w:rPr>
        <w:t>:</w:t>
      </w:r>
    </w:p>
    <w:p w14:paraId="37E54ADF" w14:textId="77777777" w:rsidR="00994B64" w:rsidRDefault="00994B64" w:rsidP="00994B64">
      <w:pPr>
        <w:pStyle w:val="Heading3"/>
        <w:spacing w:line="360" w:lineRule="auto"/>
      </w:pPr>
      <w:r>
        <w:t>V</w:t>
      </w:r>
      <w:r w:rsidRPr="0045031A">
        <w:t>OTE</w:t>
      </w:r>
    </w:p>
    <w:p w14:paraId="0D8224C8" w14:textId="77777777" w:rsidR="004B52B0" w:rsidRDefault="004B52B0" w:rsidP="004B52B0">
      <w:pPr>
        <w:spacing w:after="0" w:line="360" w:lineRule="auto"/>
      </w:pPr>
      <w:r>
        <w:t xml:space="preserve">Tholen – Aye </w:t>
      </w:r>
    </w:p>
    <w:p w14:paraId="2C071C20" w14:textId="77777777" w:rsidR="00994B64" w:rsidRDefault="00994B64" w:rsidP="00994B64">
      <w:pPr>
        <w:spacing w:after="0" w:line="360" w:lineRule="auto"/>
      </w:pPr>
      <w:r>
        <w:t xml:space="preserve">Brummel – Aye </w:t>
      </w:r>
    </w:p>
    <w:p w14:paraId="27CEC64D" w14:textId="77777777" w:rsidR="00994B64" w:rsidRDefault="00994B64" w:rsidP="00994B64">
      <w:pPr>
        <w:spacing w:after="0" w:line="360" w:lineRule="auto"/>
      </w:pPr>
      <w:r>
        <w:t>Ericson – Aye</w:t>
      </w:r>
    </w:p>
    <w:p w14:paraId="429A472C" w14:textId="77777777" w:rsidR="00994B64" w:rsidRDefault="00994B64" w:rsidP="00994B64">
      <w:pPr>
        <w:spacing w:after="0" w:line="360" w:lineRule="auto"/>
      </w:pPr>
      <w:r>
        <w:t>Markworth – Aye</w:t>
      </w:r>
    </w:p>
    <w:p w14:paraId="33A93C9A" w14:textId="77777777" w:rsidR="00994B64" w:rsidRDefault="00994B64" w:rsidP="00994B64">
      <w:pPr>
        <w:spacing w:after="0" w:line="360" w:lineRule="auto"/>
      </w:pPr>
      <w:r>
        <w:t>Rowan – Aye</w:t>
      </w:r>
    </w:p>
    <w:p w14:paraId="5946BCB0" w14:textId="77777777" w:rsidR="00994B64" w:rsidRDefault="00994B64" w:rsidP="00994B64">
      <w:pPr>
        <w:spacing w:after="0" w:line="360" w:lineRule="auto"/>
      </w:pPr>
      <w:r>
        <w:t xml:space="preserve">Kaylor – Aye </w:t>
      </w:r>
    </w:p>
    <w:p w14:paraId="127885AA" w14:textId="2038DEEA" w:rsidR="00994B64" w:rsidRDefault="00994B64" w:rsidP="00994B64">
      <w:pPr>
        <w:spacing w:line="360" w:lineRule="auto"/>
      </w:pPr>
      <w:r>
        <w:t>Mayor Lievsay – Aye</w:t>
      </w:r>
    </w:p>
    <w:p w14:paraId="3177A34B" w14:textId="3A1E94ED" w:rsidR="00994B64" w:rsidRPr="0045031A" w:rsidRDefault="00994B64" w:rsidP="00994B64">
      <w:pPr>
        <w:pStyle w:val="Heading2"/>
        <w:spacing w:line="360" w:lineRule="auto"/>
      </w:pPr>
      <w:r w:rsidRPr="0045031A">
        <w:t xml:space="preserve">INTRODUCTION AND FIRST READING OF BILL NUMBER </w:t>
      </w:r>
      <w:r w:rsidR="00216806">
        <w:t>5417</w:t>
      </w:r>
      <w:r w:rsidRPr="0045031A">
        <w:t xml:space="preserve"> </w:t>
      </w:r>
      <w:r w:rsidR="00216806">
        <w:t>–</w:t>
      </w:r>
      <w:r w:rsidRPr="0045031A">
        <w:t xml:space="preserve"> </w:t>
      </w:r>
      <w:r w:rsidR="00216806">
        <w:t>CONTRACT WITH MID-AMERICA REGIONAL COUNCIL FOR MEALS AND TRANSPORTATION</w:t>
      </w:r>
    </w:p>
    <w:p w14:paraId="55C03F66" w14:textId="7584139C" w:rsidR="00994B64" w:rsidRPr="0045031A" w:rsidRDefault="00994B64" w:rsidP="00994B64">
      <w:pPr>
        <w:spacing w:after="240" w:line="360" w:lineRule="auto"/>
        <w:rPr>
          <w:color w:val="000000" w:themeColor="text1"/>
        </w:rPr>
      </w:pPr>
      <w:r w:rsidRPr="0045031A">
        <w:rPr>
          <w:color w:val="000000" w:themeColor="text1"/>
        </w:rPr>
        <w:t xml:space="preserve">Councilmember </w:t>
      </w:r>
      <w:r w:rsidR="004B52B0">
        <w:rPr>
          <w:color w:val="000000" w:themeColor="text1"/>
        </w:rPr>
        <w:t>Kaylor</w:t>
      </w:r>
      <w:r w:rsidRPr="0045031A">
        <w:rPr>
          <w:color w:val="000000" w:themeColor="text1"/>
        </w:rPr>
        <w:t xml:space="preserve"> introduced Bill Number </w:t>
      </w:r>
      <w:r w:rsidR="00216806">
        <w:rPr>
          <w:color w:val="000000" w:themeColor="text1"/>
        </w:rPr>
        <w:t>5417</w:t>
      </w:r>
      <w:r w:rsidRPr="0045031A">
        <w:rPr>
          <w:color w:val="000000" w:themeColor="text1"/>
        </w:rPr>
        <w:t xml:space="preserve"> approving a </w:t>
      </w:r>
      <w:r w:rsidR="00216806" w:rsidRPr="00216806">
        <w:rPr>
          <w:color w:val="000000" w:themeColor="text1"/>
        </w:rPr>
        <w:t>contract with Mid-America Regional Council for reimbursement to continue meal preparation for congregate meals and homebound meals and meal delivery for homebound recipients as well as continuing to provide site transportation via OATS Inc to and from Vesper Hall</w:t>
      </w:r>
      <w:r w:rsidR="00216806">
        <w:rPr>
          <w:color w:val="000000" w:themeColor="text1"/>
        </w:rPr>
        <w:t xml:space="preserve">. </w:t>
      </w:r>
      <w:r w:rsidRPr="0045031A">
        <w:rPr>
          <w:color w:val="000000" w:themeColor="text1"/>
        </w:rPr>
        <w:t xml:space="preserve">City Clerk Erin Ford made the first reading of Bill No. </w:t>
      </w:r>
      <w:r w:rsidR="00216806">
        <w:rPr>
          <w:color w:val="000000" w:themeColor="text1"/>
        </w:rPr>
        <w:t>5417</w:t>
      </w:r>
      <w:r w:rsidRPr="0045031A">
        <w:rPr>
          <w:color w:val="000000" w:themeColor="text1"/>
        </w:rPr>
        <w:t xml:space="preserve"> by title; copies of the proposed Bill having previously been made available to the public.</w:t>
      </w:r>
    </w:p>
    <w:p w14:paraId="4B4D0D03" w14:textId="7BBEEA60" w:rsidR="00994B64" w:rsidRPr="0045031A" w:rsidRDefault="00994B64" w:rsidP="00994B64">
      <w:pPr>
        <w:spacing w:after="240" w:line="360" w:lineRule="auto"/>
        <w:rPr>
          <w:color w:val="000000" w:themeColor="text1"/>
        </w:rPr>
      </w:pPr>
      <w:r w:rsidRPr="0045031A">
        <w:rPr>
          <w:color w:val="000000" w:themeColor="text1"/>
        </w:rPr>
        <w:lastRenderedPageBreak/>
        <w:t xml:space="preserve">Councilmember </w:t>
      </w:r>
      <w:r w:rsidR="004B52B0">
        <w:rPr>
          <w:color w:val="000000" w:themeColor="text1"/>
        </w:rPr>
        <w:t>Tholen</w:t>
      </w:r>
      <w:r w:rsidRPr="0045031A">
        <w:rPr>
          <w:color w:val="000000" w:themeColor="text1"/>
        </w:rPr>
        <w:t xml:space="preserve"> moved to approve Bill No. </w:t>
      </w:r>
      <w:r w:rsidR="00216806">
        <w:rPr>
          <w:color w:val="000000" w:themeColor="text1"/>
        </w:rPr>
        <w:t>5417</w:t>
      </w:r>
      <w:r w:rsidRPr="0045031A">
        <w:rPr>
          <w:color w:val="000000" w:themeColor="text1"/>
        </w:rPr>
        <w:t xml:space="preserve"> upon its first reading and proceed with the second reading. Motion seconded by Councilmember </w:t>
      </w:r>
      <w:r w:rsidR="004B52B0">
        <w:rPr>
          <w:color w:val="000000" w:themeColor="text1"/>
        </w:rPr>
        <w:t>Brummel</w:t>
      </w:r>
      <w:r w:rsidRPr="0045031A">
        <w:rPr>
          <w:color w:val="000000" w:themeColor="text1"/>
        </w:rPr>
        <w:t xml:space="preserve"> and carried unanimously.</w:t>
      </w:r>
    </w:p>
    <w:p w14:paraId="65F90793" w14:textId="571AF67E" w:rsidR="00994B64" w:rsidRPr="005607D7" w:rsidRDefault="00994B64" w:rsidP="00994B64">
      <w:pPr>
        <w:pStyle w:val="Heading3"/>
        <w:spacing w:line="360" w:lineRule="auto"/>
        <w:rPr>
          <w:rFonts w:cs="Segoe UI"/>
          <w:bCs w:val="0"/>
        </w:rPr>
      </w:pPr>
      <w:r w:rsidRPr="00EE3638">
        <w:rPr>
          <w:rFonts w:ascii="Segoe UI" w:hAnsi="Segoe UI" w:cs="Segoe UI"/>
          <w:b/>
          <w:bCs w:val="0"/>
        </w:rPr>
        <w:t xml:space="preserve">SECOND READING – BILL NUMBER </w:t>
      </w:r>
      <w:r w:rsidR="00216806">
        <w:rPr>
          <w:rFonts w:ascii="Segoe UI" w:hAnsi="Segoe UI" w:cs="Segoe UI"/>
          <w:b/>
          <w:bCs w:val="0"/>
        </w:rPr>
        <w:t>5417</w:t>
      </w:r>
    </w:p>
    <w:p w14:paraId="1DA48A4A" w14:textId="16F15149" w:rsidR="00994B64" w:rsidRDefault="00994B64" w:rsidP="00994B64">
      <w:pPr>
        <w:spacing w:line="360" w:lineRule="auto"/>
        <w:rPr>
          <w:color w:val="000000" w:themeColor="text1"/>
        </w:rPr>
      </w:pPr>
      <w:r w:rsidRPr="0045031A">
        <w:rPr>
          <w:color w:val="000000" w:themeColor="text1"/>
        </w:rPr>
        <w:t xml:space="preserve">Ms. Ford made the second reading of Bill Number </w:t>
      </w:r>
      <w:r w:rsidR="00216806">
        <w:rPr>
          <w:color w:val="000000" w:themeColor="text1"/>
        </w:rPr>
        <w:t>5417</w:t>
      </w:r>
      <w:r w:rsidRPr="0045031A">
        <w:rPr>
          <w:color w:val="000000" w:themeColor="text1"/>
        </w:rPr>
        <w:t xml:space="preserve"> by title.  Councilmember </w:t>
      </w:r>
      <w:r w:rsidR="004B52B0">
        <w:rPr>
          <w:color w:val="000000" w:themeColor="text1"/>
        </w:rPr>
        <w:t>Ericson</w:t>
      </w:r>
      <w:r w:rsidRPr="0045031A">
        <w:rPr>
          <w:color w:val="000000" w:themeColor="text1"/>
        </w:rPr>
        <w:t xml:space="preserve"> moved to adopt Bill Number </w:t>
      </w:r>
      <w:r w:rsidR="00216806">
        <w:rPr>
          <w:color w:val="000000" w:themeColor="text1"/>
        </w:rPr>
        <w:t>5417</w:t>
      </w:r>
      <w:r w:rsidRPr="0045031A">
        <w:rPr>
          <w:color w:val="000000" w:themeColor="text1"/>
        </w:rPr>
        <w:t xml:space="preserve"> upon its second reading and give it ORDINANCE Number </w:t>
      </w:r>
      <w:r w:rsidR="00216806">
        <w:rPr>
          <w:color w:val="000000" w:themeColor="text1"/>
        </w:rPr>
        <w:t>551</w:t>
      </w:r>
      <w:r w:rsidR="004B52B0">
        <w:rPr>
          <w:color w:val="000000" w:themeColor="text1"/>
        </w:rPr>
        <w:t>1</w:t>
      </w:r>
      <w:r w:rsidRPr="0045031A">
        <w:rPr>
          <w:color w:val="000000" w:themeColor="text1"/>
        </w:rPr>
        <w:t xml:space="preserve"> with a copy attached hereto and made a part of the minutes. Motion seconded by Councilmember </w:t>
      </w:r>
      <w:r w:rsidR="004B52B0">
        <w:rPr>
          <w:color w:val="000000" w:themeColor="text1"/>
        </w:rPr>
        <w:t>Rowan</w:t>
      </w:r>
      <w:r w:rsidRPr="0045031A">
        <w:rPr>
          <w:color w:val="000000" w:themeColor="text1"/>
        </w:rPr>
        <w:t xml:space="preserve"> and carried with the following</w:t>
      </w:r>
      <w:r>
        <w:rPr>
          <w:color w:val="000000" w:themeColor="text1"/>
        </w:rPr>
        <w:t>:</w:t>
      </w:r>
    </w:p>
    <w:p w14:paraId="4C5A0456" w14:textId="77777777" w:rsidR="00994B64" w:rsidRDefault="00994B64" w:rsidP="00994B64">
      <w:pPr>
        <w:pStyle w:val="Heading3"/>
        <w:spacing w:line="360" w:lineRule="auto"/>
      </w:pPr>
      <w:r>
        <w:t>V</w:t>
      </w:r>
      <w:r w:rsidRPr="0045031A">
        <w:t>OTE</w:t>
      </w:r>
    </w:p>
    <w:p w14:paraId="19623071" w14:textId="77777777" w:rsidR="004B52B0" w:rsidRDefault="004B52B0" w:rsidP="004B52B0">
      <w:pPr>
        <w:spacing w:after="0" w:line="360" w:lineRule="auto"/>
      </w:pPr>
      <w:r>
        <w:t xml:space="preserve">Brummel – Aye </w:t>
      </w:r>
    </w:p>
    <w:p w14:paraId="46647FE3" w14:textId="77777777" w:rsidR="00994B64" w:rsidRDefault="00994B64" w:rsidP="00994B64">
      <w:pPr>
        <w:spacing w:after="0" w:line="360" w:lineRule="auto"/>
      </w:pPr>
      <w:r>
        <w:t>Ericson – Aye</w:t>
      </w:r>
    </w:p>
    <w:p w14:paraId="188AF83E" w14:textId="77777777" w:rsidR="00994B64" w:rsidRDefault="00994B64" w:rsidP="00994B64">
      <w:pPr>
        <w:spacing w:after="0" w:line="360" w:lineRule="auto"/>
      </w:pPr>
      <w:r>
        <w:t>Markworth – Aye</w:t>
      </w:r>
    </w:p>
    <w:p w14:paraId="26620EA8" w14:textId="77777777" w:rsidR="00994B64" w:rsidRDefault="00994B64" w:rsidP="00994B64">
      <w:pPr>
        <w:spacing w:after="0" w:line="360" w:lineRule="auto"/>
      </w:pPr>
      <w:r>
        <w:t>Rowan – Aye</w:t>
      </w:r>
    </w:p>
    <w:p w14:paraId="6C2CE328" w14:textId="77777777" w:rsidR="00994B64" w:rsidRDefault="00994B64" w:rsidP="00994B64">
      <w:pPr>
        <w:spacing w:after="0" w:line="360" w:lineRule="auto"/>
      </w:pPr>
      <w:r>
        <w:t xml:space="preserve">Kaylor – Aye </w:t>
      </w:r>
    </w:p>
    <w:p w14:paraId="11137643" w14:textId="77777777" w:rsidR="00994B64" w:rsidRDefault="00994B64" w:rsidP="00994B64">
      <w:pPr>
        <w:spacing w:after="0" w:line="360" w:lineRule="auto"/>
      </w:pPr>
      <w:r>
        <w:t xml:space="preserve">Tholen – Aye </w:t>
      </w:r>
    </w:p>
    <w:p w14:paraId="5BCF0ECD" w14:textId="1AD91C59" w:rsidR="00994B64" w:rsidRPr="007A6D6F" w:rsidRDefault="00994B64" w:rsidP="00994B64">
      <w:pPr>
        <w:spacing w:line="360" w:lineRule="auto"/>
      </w:pPr>
      <w:r>
        <w:t>Mayor Lievsay – Aye</w:t>
      </w:r>
    </w:p>
    <w:p w14:paraId="6CAC023B" w14:textId="77777777" w:rsidR="00904040" w:rsidRDefault="00904040" w:rsidP="00904040">
      <w:pPr>
        <w:pStyle w:val="Heading2"/>
        <w:spacing w:line="360" w:lineRule="auto"/>
      </w:pPr>
      <w:r>
        <w:t>VISITORS</w:t>
      </w:r>
    </w:p>
    <w:p w14:paraId="1DDE82A7" w14:textId="6C51C19B" w:rsidR="00904040" w:rsidRPr="006D2FB1" w:rsidRDefault="00904040" w:rsidP="00904040">
      <w:pPr>
        <w:spacing w:line="360" w:lineRule="auto"/>
      </w:pPr>
      <w:r>
        <w:t xml:space="preserve">Citizen </w:t>
      </w:r>
      <w:r w:rsidR="004B52B0">
        <w:t>Brandon Porter</w:t>
      </w:r>
      <w:r w:rsidR="00BB0D0E">
        <w:t xml:space="preserve"> </w:t>
      </w:r>
      <w:r>
        <w:t xml:space="preserve">spoke regarding </w:t>
      </w:r>
      <w:r w:rsidR="004B52B0">
        <w:t>Flock cameras.</w:t>
      </w:r>
    </w:p>
    <w:p w14:paraId="7C4705D3" w14:textId="77777777" w:rsidR="00904040" w:rsidRDefault="00904040" w:rsidP="00904040">
      <w:pPr>
        <w:pStyle w:val="Heading2"/>
        <w:spacing w:line="360" w:lineRule="auto"/>
      </w:pPr>
      <w:bookmarkStart w:id="1" w:name="_Hlk220931696"/>
      <w:r>
        <w:t>COUNCILMEMBER COMMENTS</w:t>
      </w:r>
    </w:p>
    <w:p w14:paraId="4A8DBB5E" w14:textId="52E90BC3" w:rsidR="00BB0D0E" w:rsidRPr="001A3AC4" w:rsidRDefault="00BB0D0E" w:rsidP="00BB0D0E">
      <w:pPr>
        <w:spacing w:line="360" w:lineRule="auto"/>
      </w:pPr>
      <w:r>
        <w:t>Councilmember</w:t>
      </w:r>
      <w:r w:rsidR="004B52B0">
        <w:t>s Brummel and Kaylor thanked staff and volunteers for their work on recent Parks and Recreation events, especially Red, White and Blue Springs.</w:t>
      </w:r>
      <w:r>
        <w:t xml:space="preserve"> </w:t>
      </w:r>
    </w:p>
    <w:bookmarkEnd w:id="1"/>
    <w:p w14:paraId="332B97EB" w14:textId="77777777" w:rsidR="00904040" w:rsidRDefault="00904040" w:rsidP="00904040">
      <w:pPr>
        <w:pStyle w:val="Heading2"/>
        <w:spacing w:line="360" w:lineRule="auto"/>
      </w:pPr>
      <w:r>
        <w:t xml:space="preserve">MAYORAL COMMENTS </w:t>
      </w:r>
    </w:p>
    <w:p w14:paraId="3238AABB" w14:textId="79B087E5" w:rsidR="00BB0D0E" w:rsidRDefault="00E11119" w:rsidP="007A6D6F">
      <w:pPr>
        <w:pStyle w:val="ListParagraph"/>
        <w:numPr>
          <w:ilvl w:val="0"/>
          <w:numId w:val="11"/>
        </w:numPr>
        <w:spacing w:after="240" w:line="360" w:lineRule="auto"/>
        <w:ind w:left="360"/>
        <w:rPr>
          <w:rFonts w:cs="Open Sans"/>
          <w:color w:val="000000" w:themeColor="text1"/>
          <w:szCs w:val="24"/>
        </w:rPr>
      </w:pPr>
      <w:r>
        <w:rPr>
          <w:rFonts w:cs="Open Sans"/>
          <w:color w:val="000000" w:themeColor="text1"/>
          <w:szCs w:val="24"/>
        </w:rPr>
        <w:t>The City’s celebrations of America’s 250</w:t>
      </w:r>
      <w:r w:rsidRPr="00E11119">
        <w:rPr>
          <w:rFonts w:cs="Open Sans"/>
          <w:color w:val="000000" w:themeColor="text1"/>
          <w:szCs w:val="24"/>
          <w:vertAlign w:val="superscript"/>
        </w:rPr>
        <w:t>th</w:t>
      </w:r>
      <w:r>
        <w:rPr>
          <w:rFonts w:cs="Open Sans"/>
          <w:color w:val="000000" w:themeColor="text1"/>
          <w:szCs w:val="24"/>
        </w:rPr>
        <w:t xml:space="preserve"> s</w:t>
      </w:r>
      <w:r w:rsidRPr="00E11119">
        <w:rPr>
          <w:rFonts w:cs="Open Sans"/>
          <w:color w:val="000000" w:themeColor="text1"/>
          <w:szCs w:val="24"/>
        </w:rPr>
        <w:t>emi sesquicentennial</w:t>
      </w:r>
      <w:r w:rsidR="00BB0D0E" w:rsidRPr="00E11119">
        <w:rPr>
          <w:rFonts w:cs="Open Sans"/>
          <w:color w:val="000000" w:themeColor="text1"/>
          <w:szCs w:val="24"/>
        </w:rPr>
        <w:t xml:space="preserve"> </w:t>
      </w:r>
      <w:r>
        <w:rPr>
          <w:rFonts w:cs="Open Sans"/>
          <w:color w:val="000000" w:themeColor="text1"/>
          <w:szCs w:val="24"/>
        </w:rPr>
        <w:t>events were popular.</w:t>
      </w:r>
    </w:p>
    <w:p w14:paraId="6C57A70D" w14:textId="57439565" w:rsidR="00E11119" w:rsidRPr="00E11119" w:rsidRDefault="00E11119" w:rsidP="007A6D6F">
      <w:pPr>
        <w:pStyle w:val="ListParagraph"/>
        <w:numPr>
          <w:ilvl w:val="0"/>
          <w:numId w:val="11"/>
        </w:numPr>
        <w:spacing w:after="240" w:line="360" w:lineRule="auto"/>
        <w:ind w:left="360"/>
        <w:rPr>
          <w:rFonts w:cs="Open Sans"/>
          <w:color w:val="000000" w:themeColor="text1"/>
          <w:szCs w:val="24"/>
        </w:rPr>
      </w:pPr>
      <w:r>
        <w:rPr>
          <w:rFonts w:cs="Open Sans"/>
          <w:color w:val="000000" w:themeColor="text1"/>
          <w:szCs w:val="24"/>
        </w:rPr>
        <w:t xml:space="preserve">Jul 10 is the “Dive-in” movie at Blue Surf Bay and July 12 and 19 the </w:t>
      </w:r>
      <w:proofErr w:type="gramStart"/>
      <w:r>
        <w:rPr>
          <w:rFonts w:cs="Open Sans"/>
          <w:color w:val="000000" w:themeColor="text1"/>
          <w:szCs w:val="24"/>
        </w:rPr>
        <w:t>City</w:t>
      </w:r>
      <w:proofErr w:type="gramEnd"/>
      <w:r>
        <w:rPr>
          <w:rFonts w:cs="Open Sans"/>
          <w:color w:val="000000" w:themeColor="text1"/>
          <w:szCs w:val="24"/>
        </w:rPr>
        <w:t xml:space="preserve"> will host concerts in the park.</w:t>
      </w:r>
    </w:p>
    <w:p w14:paraId="0A289828" w14:textId="77777777" w:rsidR="00994B64" w:rsidRPr="0045031A" w:rsidRDefault="00994B64" w:rsidP="00994B64">
      <w:pPr>
        <w:pStyle w:val="Heading2"/>
        <w:spacing w:line="360" w:lineRule="auto"/>
      </w:pPr>
      <w:r w:rsidRPr="0045031A">
        <w:lastRenderedPageBreak/>
        <w:t>ADJOURN</w:t>
      </w:r>
    </w:p>
    <w:p w14:paraId="4B9F6616" w14:textId="414F21CF" w:rsidR="008A24CF" w:rsidRPr="001734F9" w:rsidRDefault="00994B64" w:rsidP="00CD0A4D">
      <w:pPr>
        <w:spacing w:after="240" w:line="360" w:lineRule="auto"/>
        <w:rPr>
          <w:color w:val="000000" w:themeColor="text1"/>
        </w:rPr>
      </w:pPr>
      <w:r w:rsidRPr="0045031A">
        <w:rPr>
          <w:color w:val="000000" w:themeColor="text1"/>
        </w:rPr>
        <w:t xml:space="preserve">At </w:t>
      </w:r>
      <w:r w:rsidR="00E11119">
        <w:rPr>
          <w:color w:val="000000" w:themeColor="text1"/>
        </w:rPr>
        <w:t xml:space="preserve">8:51 </w:t>
      </w:r>
      <w:r w:rsidRPr="0045031A">
        <w:rPr>
          <w:color w:val="000000" w:themeColor="text1"/>
        </w:rPr>
        <w:t xml:space="preserve">p.m., there was no further business to come before the Council, Councilmember </w:t>
      </w:r>
      <w:r w:rsidR="00E11119">
        <w:rPr>
          <w:color w:val="000000" w:themeColor="text1"/>
        </w:rPr>
        <w:t>Kaylor</w:t>
      </w:r>
      <w:r w:rsidRPr="0045031A">
        <w:rPr>
          <w:color w:val="000000" w:themeColor="text1"/>
        </w:rPr>
        <w:t xml:space="preserve"> moved the meeting be adjourned. Motion </w:t>
      </w:r>
      <w:proofErr w:type="gramStart"/>
      <w:r w:rsidRPr="0045031A">
        <w:rPr>
          <w:color w:val="000000" w:themeColor="text1"/>
        </w:rPr>
        <w:t>seconded</w:t>
      </w:r>
      <w:proofErr w:type="gramEnd"/>
      <w:r w:rsidRPr="0045031A">
        <w:rPr>
          <w:color w:val="000000" w:themeColor="text1"/>
        </w:rPr>
        <w:t xml:space="preserve"> by Councilmember </w:t>
      </w:r>
      <w:r w:rsidR="00E11119">
        <w:rPr>
          <w:color w:val="000000" w:themeColor="text1"/>
        </w:rPr>
        <w:t>Brummel</w:t>
      </w:r>
      <w:r w:rsidRPr="0045031A">
        <w:rPr>
          <w:color w:val="000000" w:themeColor="text1"/>
        </w:rPr>
        <w:t xml:space="preserve"> and carried unanimously.</w:t>
      </w:r>
      <w:r w:rsidR="008A24CF">
        <w:br w:type="page"/>
      </w:r>
    </w:p>
    <w:p w14:paraId="0631C288" w14:textId="03D98A68" w:rsidR="008A24CF" w:rsidRDefault="008A24CF" w:rsidP="006317F6">
      <w:pPr>
        <w:pStyle w:val="Heading2"/>
        <w:spacing w:before="0" w:line="360" w:lineRule="auto"/>
        <w:contextualSpacing/>
      </w:pPr>
      <w:r>
        <w:lastRenderedPageBreak/>
        <w:t>SIGNATURES:</w:t>
      </w:r>
    </w:p>
    <w:p w14:paraId="3E008B83" w14:textId="77777777" w:rsidR="008A24CF" w:rsidRDefault="008A24CF" w:rsidP="006317F6">
      <w:pPr>
        <w:spacing w:after="240" w:line="360" w:lineRule="auto"/>
        <w:ind w:left="5040" w:firstLine="720"/>
      </w:pPr>
      <w:r>
        <w:t>CITY OF BLUE SPRINGS</w:t>
      </w:r>
    </w:p>
    <w:p w14:paraId="35F4EB98" w14:textId="77777777" w:rsidR="008A24CF" w:rsidRDefault="008A24CF" w:rsidP="006317F6">
      <w:pPr>
        <w:spacing w:after="240" w:line="360" w:lineRule="auto"/>
        <w:ind w:left="5040" w:firstLine="720"/>
      </w:pPr>
      <w:r>
        <w:t>____________________________________</w:t>
      </w:r>
    </w:p>
    <w:p w14:paraId="0FFEF93E" w14:textId="77777777" w:rsidR="008A24CF" w:rsidRDefault="008A24CF" w:rsidP="006317F6">
      <w:pPr>
        <w:spacing w:after="240" w:line="360" w:lineRule="auto"/>
        <w:ind w:left="5040" w:firstLine="720"/>
      </w:pPr>
      <w:r>
        <w:t>Chris Lievsay, Mayor</w:t>
      </w:r>
    </w:p>
    <w:p w14:paraId="43AC7CE4" w14:textId="77777777" w:rsidR="008A24CF" w:rsidRDefault="008A24CF" w:rsidP="006317F6">
      <w:pPr>
        <w:spacing w:after="240" w:line="360" w:lineRule="auto"/>
      </w:pPr>
      <w:r>
        <w:t>ATTEST</w:t>
      </w:r>
    </w:p>
    <w:p w14:paraId="4B40079A" w14:textId="77777777" w:rsidR="008A24CF" w:rsidRDefault="008A24CF" w:rsidP="006317F6">
      <w:pPr>
        <w:spacing w:after="240" w:line="360" w:lineRule="auto"/>
      </w:pPr>
      <w:r>
        <w:t>____________________________________</w:t>
      </w:r>
    </w:p>
    <w:p w14:paraId="72707170" w14:textId="1CD4C07A" w:rsidR="008A24CF" w:rsidRPr="00DF05BF" w:rsidRDefault="00702376" w:rsidP="006317F6">
      <w:pPr>
        <w:spacing w:after="240" w:line="360" w:lineRule="auto"/>
      </w:pPr>
      <w:r>
        <w:t>Erin Ford</w:t>
      </w:r>
      <w:r w:rsidR="008A24CF">
        <w:t xml:space="preserve">, </w:t>
      </w:r>
      <w:r>
        <w:t>City Clerk</w:t>
      </w:r>
    </w:p>
    <w:sectPr w:rsidR="008A24CF" w:rsidRPr="00DF05BF" w:rsidSect="00DA40C9">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63E53" w14:textId="77777777" w:rsidR="00085833" w:rsidRDefault="00085833" w:rsidP="000E31BD">
      <w:pPr>
        <w:spacing w:after="0" w:line="240" w:lineRule="auto"/>
      </w:pPr>
      <w:r>
        <w:separator/>
      </w:r>
    </w:p>
  </w:endnote>
  <w:endnote w:type="continuationSeparator" w:id="0">
    <w:p w14:paraId="7632E31D" w14:textId="77777777" w:rsidR="00085833" w:rsidRDefault="00085833" w:rsidP="000E31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emibold">
    <w:panose1 w:val="020B07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5DDA2" w14:textId="77777777" w:rsidR="001E4543" w:rsidRDefault="001E45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06F8E" w14:textId="6A37DF48" w:rsidR="00995FFA" w:rsidRPr="0003104A" w:rsidRDefault="00995FFA" w:rsidP="00995FFA">
    <w:pPr>
      <w:pStyle w:val="Header"/>
      <w:tabs>
        <w:tab w:val="clear" w:pos="4680"/>
        <w:tab w:val="center" w:pos="4320"/>
      </w:tabs>
      <w:ind w:left="-720" w:right="-720"/>
      <w:rPr>
        <w:rFonts w:cs="Segoe UI"/>
        <w:sz w:val="22"/>
      </w:rPr>
    </w:pPr>
    <w:r>
      <w:rPr>
        <w:rFonts w:cs="Segoe UI"/>
        <w:sz w:val="22"/>
      </w:rPr>
      <w:tab/>
    </w:r>
    <w:r w:rsidRPr="0003104A">
      <w:rPr>
        <w:rFonts w:cs="Segoe UI"/>
        <w:sz w:val="22"/>
      </w:rPr>
      <w:t xml:space="preserve">Page </w:t>
    </w:r>
    <w:r w:rsidRPr="0003104A">
      <w:rPr>
        <w:rFonts w:cs="Segoe UI"/>
        <w:sz w:val="22"/>
      </w:rPr>
      <w:fldChar w:fldCharType="begin"/>
    </w:r>
    <w:r w:rsidRPr="0003104A">
      <w:rPr>
        <w:rFonts w:cs="Segoe UI"/>
        <w:sz w:val="22"/>
      </w:rPr>
      <w:instrText xml:space="preserve"> PAGE   \* MERGEFORMAT </w:instrText>
    </w:r>
    <w:r w:rsidRPr="0003104A">
      <w:rPr>
        <w:rFonts w:cs="Segoe UI"/>
        <w:sz w:val="22"/>
      </w:rPr>
      <w:fldChar w:fldCharType="separate"/>
    </w:r>
    <w:r>
      <w:rPr>
        <w:rFonts w:cs="Segoe UI"/>
        <w:sz w:val="22"/>
      </w:rPr>
      <w:t>1</w:t>
    </w:r>
    <w:r w:rsidRPr="0003104A">
      <w:rPr>
        <w:rFonts w:cs="Segoe UI"/>
        <w:noProof/>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78E78" w14:textId="4B81AD1F" w:rsidR="0003104A" w:rsidRPr="0003104A" w:rsidRDefault="0003104A" w:rsidP="00383B3E">
    <w:pPr>
      <w:pStyle w:val="Header"/>
      <w:tabs>
        <w:tab w:val="clear" w:pos="4680"/>
        <w:tab w:val="center" w:pos="4320"/>
      </w:tabs>
      <w:ind w:left="-720" w:right="-720"/>
      <w:rPr>
        <w:rFonts w:cs="Segoe UI"/>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D1E94" w14:textId="77777777" w:rsidR="00085833" w:rsidRDefault="00085833" w:rsidP="000E31BD">
      <w:pPr>
        <w:spacing w:after="0" w:line="240" w:lineRule="auto"/>
      </w:pPr>
      <w:r>
        <w:separator/>
      </w:r>
    </w:p>
  </w:footnote>
  <w:footnote w:type="continuationSeparator" w:id="0">
    <w:p w14:paraId="792F6230" w14:textId="77777777" w:rsidR="00085833" w:rsidRDefault="00085833" w:rsidP="000E31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47721" w14:textId="77777777" w:rsidR="001E4543" w:rsidRDefault="001E45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3A88B" w14:textId="304A2E91" w:rsidR="00AB0CFB" w:rsidRDefault="000E6D01">
    <w:pPr>
      <w:pStyle w:val="Header"/>
    </w:pPr>
    <w:r>
      <w:t>Ju</w:t>
    </w:r>
    <w:r w:rsidR="00924FEB">
      <w:t>ly 6</w:t>
    </w:r>
    <w:r w:rsidR="00AB0CFB">
      <w:t>,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39724" w14:textId="06A458BD" w:rsidR="000E31BD" w:rsidRDefault="00D347DA" w:rsidP="008236BB">
    <w:pPr>
      <w:pStyle w:val="Header"/>
      <w:jc w:val="center"/>
    </w:pPr>
    <w:r w:rsidRPr="00D347DA">
      <w:rPr>
        <w:noProof/>
      </w:rPr>
      <w:drawing>
        <wp:inline distT="0" distB="0" distL="0" distR="0" wp14:anchorId="53267716" wp14:editId="0EDEC9E8">
          <wp:extent cx="2204356" cy="1371600"/>
          <wp:effectExtent l="0" t="0" r="0" b="0"/>
          <wp:docPr id="1684633666" name="Graphic 1" descr="Logo for the City of Blue Springs, Missouri&#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320089" name="Graphic 1" descr="Logo for the City of Blue Springs, Missouri&#10;"/>
                  <pic:cNvPicPr/>
                </pic:nvPicPr>
                <pic:blipFill>
                  <a:blip r:embed="rId1">
                    <a:extLst>
                      <a:ext uri="{96DAC541-7B7A-43D3-8B79-37D633B846F1}">
                        <asvg:svgBlip xmlns:asvg="http://schemas.microsoft.com/office/drawing/2016/SVG/main" r:embed="rId2"/>
                      </a:ext>
                    </a:extLst>
                  </a:blip>
                  <a:stretch>
                    <a:fillRect/>
                  </a:stretch>
                </pic:blipFill>
                <pic:spPr>
                  <a:xfrm>
                    <a:off x="0" y="0"/>
                    <a:ext cx="2233736" cy="138988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80E0994"/>
    <w:multiLevelType w:val="hybridMultilevel"/>
    <w:tmpl w:val="5F387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26576E"/>
    <w:multiLevelType w:val="hybridMultilevel"/>
    <w:tmpl w:val="2AB6F232"/>
    <w:lvl w:ilvl="0" w:tplc="3EA258F6">
      <w:start w:val="1"/>
      <w:numFmt w:val="decimal"/>
      <w:lvlText w:val="%1."/>
      <w:lvlJc w:val="left"/>
      <w:pPr>
        <w:ind w:left="360" w:hanging="360"/>
      </w:pPr>
      <w:rPr>
        <w:rFonts w:hint="default"/>
        <w:color w:val="1A1D4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4BB26CE"/>
    <w:multiLevelType w:val="hybridMultilevel"/>
    <w:tmpl w:val="36165842"/>
    <w:lvl w:ilvl="0" w:tplc="CB2E2358">
      <w:start w:val="903"/>
      <w:numFmt w:val="bullet"/>
      <w:lvlText w:val="-"/>
      <w:lvlJc w:val="left"/>
      <w:pPr>
        <w:ind w:left="720" w:hanging="360"/>
      </w:pPr>
      <w:rPr>
        <w:rFonts w:ascii="Segoe UI" w:eastAsiaTheme="minorEastAsia"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E82BF3"/>
    <w:multiLevelType w:val="hybridMultilevel"/>
    <w:tmpl w:val="B262C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7D03CE"/>
    <w:multiLevelType w:val="hybridMultilevel"/>
    <w:tmpl w:val="54EC7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5E38FE"/>
    <w:multiLevelType w:val="hybridMultilevel"/>
    <w:tmpl w:val="81485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FD77F7B"/>
    <w:multiLevelType w:val="hybridMultilevel"/>
    <w:tmpl w:val="A4B6489A"/>
    <w:lvl w:ilvl="0" w:tplc="ED72E25C">
      <w:numFmt w:val="bullet"/>
      <w:lvlText w:val=""/>
      <w:lvlJc w:val="left"/>
      <w:pPr>
        <w:ind w:left="1337" w:hanging="360"/>
      </w:pPr>
      <w:rPr>
        <w:rFonts w:ascii="Symbol" w:eastAsia="Times New Roman" w:hAnsi="Symbol" w:cs="Arial" w:hint="default"/>
      </w:rPr>
    </w:lvl>
    <w:lvl w:ilvl="1" w:tplc="04090003">
      <w:start w:val="1"/>
      <w:numFmt w:val="bullet"/>
      <w:lvlText w:val="o"/>
      <w:lvlJc w:val="left"/>
      <w:pPr>
        <w:ind w:left="2057" w:hanging="360"/>
      </w:pPr>
      <w:rPr>
        <w:rFonts w:ascii="Courier New" w:hAnsi="Courier New" w:cs="Courier New" w:hint="default"/>
      </w:rPr>
    </w:lvl>
    <w:lvl w:ilvl="2" w:tplc="04090005" w:tentative="1">
      <w:start w:val="1"/>
      <w:numFmt w:val="bullet"/>
      <w:lvlText w:val=""/>
      <w:lvlJc w:val="left"/>
      <w:pPr>
        <w:ind w:left="2777" w:hanging="360"/>
      </w:pPr>
      <w:rPr>
        <w:rFonts w:ascii="Wingdings" w:hAnsi="Wingdings" w:hint="default"/>
      </w:rPr>
    </w:lvl>
    <w:lvl w:ilvl="3" w:tplc="04090001" w:tentative="1">
      <w:start w:val="1"/>
      <w:numFmt w:val="bullet"/>
      <w:lvlText w:val=""/>
      <w:lvlJc w:val="left"/>
      <w:pPr>
        <w:ind w:left="3497" w:hanging="360"/>
      </w:pPr>
      <w:rPr>
        <w:rFonts w:ascii="Symbol" w:hAnsi="Symbol" w:hint="default"/>
      </w:rPr>
    </w:lvl>
    <w:lvl w:ilvl="4" w:tplc="04090003" w:tentative="1">
      <w:start w:val="1"/>
      <w:numFmt w:val="bullet"/>
      <w:lvlText w:val="o"/>
      <w:lvlJc w:val="left"/>
      <w:pPr>
        <w:ind w:left="4217" w:hanging="360"/>
      </w:pPr>
      <w:rPr>
        <w:rFonts w:ascii="Courier New" w:hAnsi="Courier New" w:cs="Courier New" w:hint="default"/>
      </w:rPr>
    </w:lvl>
    <w:lvl w:ilvl="5" w:tplc="04090005" w:tentative="1">
      <w:start w:val="1"/>
      <w:numFmt w:val="bullet"/>
      <w:lvlText w:val=""/>
      <w:lvlJc w:val="left"/>
      <w:pPr>
        <w:ind w:left="4937" w:hanging="360"/>
      </w:pPr>
      <w:rPr>
        <w:rFonts w:ascii="Wingdings" w:hAnsi="Wingdings" w:hint="default"/>
      </w:rPr>
    </w:lvl>
    <w:lvl w:ilvl="6" w:tplc="04090001" w:tentative="1">
      <w:start w:val="1"/>
      <w:numFmt w:val="bullet"/>
      <w:lvlText w:val=""/>
      <w:lvlJc w:val="left"/>
      <w:pPr>
        <w:ind w:left="5657" w:hanging="360"/>
      </w:pPr>
      <w:rPr>
        <w:rFonts w:ascii="Symbol" w:hAnsi="Symbol" w:hint="default"/>
      </w:rPr>
    </w:lvl>
    <w:lvl w:ilvl="7" w:tplc="04090003" w:tentative="1">
      <w:start w:val="1"/>
      <w:numFmt w:val="bullet"/>
      <w:lvlText w:val="o"/>
      <w:lvlJc w:val="left"/>
      <w:pPr>
        <w:ind w:left="6377" w:hanging="360"/>
      </w:pPr>
      <w:rPr>
        <w:rFonts w:ascii="Courier New" w:hAnsi="Courier New" w:cs="Courier New" w:hint="default"/>
      </w:rPr>
    </w:lvl>
    <w:lvl w:ilvl="8" w:tplc="04090005" w:tentative="1">
      <w:start w:val="1"/>
      <w:numFmt w:val="bullet"/>
      <w:lvlText w:val=""/>
      <w:lvlJc w:val="left"/>
      <w:pPr>
        <w:ind w:left="7097" w:hanging="360"/>
      </w:pPr>
      <w:rPr>
        <w:rFonts w:ascii="Wingdings" w:hAnsi="Wingdings" w:hint="default"/>
      </w:rPr>
    </w:lvl>
  </w:abstractNum>
  <w:abstractNum w:abstractNumId="16" w15:restartNumberingAfterBreak="0">
    <w:nsid w:val="61A07D48"/>
    <w:multiLevelType w:val="hybridMultilevel"/>
    <w:tmpl w:val="AD2042D2"/>
    <w:lvl w:ilvl="0" w:tplc="0A941B7C">
      <w:start w:val="903"/>
      <w:numFmt w:val="bullet"/>
      <w:lvlText w:val="-"/>
      <w:lvlJc w:val="left"/>
      <w:pPr>
        <w:ind w:left="720" w:hanging="360"/>
      </w:pPr>
      <w:rPr>
        <w:rFonts w:ascii="Segoe UI" w:eastAsiaTheme="minorEastAsia"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EEC16AD"/>
    <w:multiLevelType w:val="hybridMultilevel"/>
    <w:tmpl w:val="55004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C9B0BBF"/>
    <w:multiLevelType w:val="hybridMultilevel"/>
    <w:tmpl w:val="99165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3309770">
    <w:abstractNumId w:val="8"/>
  </w:num>
  <w:num w:numId="2" w16cid:durableId="172961706">
    <w:abstractNumId w:val="6"/>
  </w:num>
  <w:num w:numId="3" w16cid:durableId="136606888">
    <w:abstractNumId w:val="5"/>
  </w:num>
  <w:num w:numId="4" w16cid:durableId="1022707252">
    <w:abstractNumId w:val="4"/>
  </w:num>
  <w:num w:numId="5" w16cid:durableId="16078868">
    <w:abstractNumId w:val="7"/>
  </w:num>
  <w:num w:numId="6" w16cid:durableId="855314263">
    <w:abstractNumId w:val="3"/>
  </w:num>
  <w:num w:numId="7" w16cid:durableId="976254915">
    <w:abstractNumId w:val="2"/>
  </w:num>
  <w:num w:numId="8" w16cid:durableId="1523476941">
    <w:abstractNumId w:val="1"/>
  </w:num>
  <w:num w:numId="9" w16cid:durableId="861555342">
    <w:abstractNumId w:val="0"/>
  </w:num>
  <w:num w:numId="10" w16cid:durableId="1633904397">
    <w:abstractNumId w:val="10"/>
  </w:num>
  <w:num w:numId="11" w16cid:durableId="2095586609">
    <w:abstractNumId w:val="15"/>
  </w:num>
  <w:num w:numId="12" w16cid:durableId="284393436">
    <w:abstractNumId w:val="11"/>
  </w:num>
  <w:num w:numId="13" w16cid:durableId="512458356">
    <w:abstractNumId w:val="16"/>
  </w:num>
  <w:num w:numId="14" w16cid:durableId="104928435">
    <w:abstractNumId w:val="13"/>
  </w:num>
  <w:num w:numId="15" w16cid:durableId="1832717639">
    <w:abstractNumId w:val="9"/>
  </w:num>
  <w:num w:numId="16" w16cid:durableId="1194028332">
    <w:abstractNumId w:val="17"/>
  </w:num>
  <w:num w:numId="17" w16cid:durableId="476650222">
    <w:abstractNumId w:val="14"/>
  </w:num>
  <w:num w:numId="18" w16cid:durableId="1711300072">
    <w:abstractNumId w:val="12"/>
  </w:num>
  <w:num w:numId="19" w16cid:durableId="123176619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4F8"/>
    <w:rsid w:val="00012B0C"/>
    <w:rsid w:val="00020197"/>
    <w:rsid w:val="00025950"/>
    <w:rsid w:val="0003104A"/>
    <w:rsid w:val="00034616"/>
    <w:rsid w:val="000453F5"/>
    <w:rsid w:val="00052337"/>
    <w:rsid w:val="00053070"/>
    <w:rsid w:val="000562F3"/>
    <w:rsid w:val="0006063C"/>
    <w:rsid w:val="00064CAD"/>
    <w:rsid w:val="00067C80"/>
    <w:rsid w:val="00081BB4"/>
    <w:rsid w:val="00082405"/>
    <w:rsid w:val="00085833"/>
    <w:rsid w:val="00086E32"/>
    <w:rsid w:val="00090EF3"/>
    <w:rsid w:val="000A5DB9"/>
    <w:rsid w:val="000B034E"/>
    <w:rsid w:val="000C34BF"/>
    <w:rsid w:val="000E30C2"/>
    <w:rsid w:val="000E31BD"/>
    <w:rsid w:val="000E6D01"/>
    <w:rsid w:val="000F0C14"/>
    <w:rsid w:val="00120920"/>
    <w:rsid w:val="001241C0"/>
    <w:rsid w:val="0012453E"/>
    <w:rsid w:val="0013034D"/>
    <w:rsid w:val="001354DF"/>
    <w:rsid w:val="001369D8"/>
    <w:rsid w:val="00143678"/>
    <w:rsid w:val="001465D3"/>
    <w:rsid w:val="0015074B"/>
    <w:rsid w:val="00161C61"/>
    <w:rsid w:val="001734F9"/>
    <w:rsid w:val="00185828"/>
    <w:rsid w:val="001A3AC4"/>
    <w:rsid w:val="001C6130"/>
    <w:rsid w:val="001C6F74"/>
    <w:rsid w:val="001D497D"/>
    <w:rsid w:val="001D63DC"/>
    <w:rsid w:val="001D6CCA"/>
    <w:rsid w:val="001E4543"/>
    <w:rsid w:val="001E5F0A"/>
    <w:rsid w:val="001F53D8"/>
    <w:rsid w:val="00216806"/>
    <w:rsid w:val="0022128D"/>
    <w:rsid w:val="00225180"/>
    <w:rsid w:val="00226BCB"/>
    <w:rsid w:val="00233ABF"/>
    <w:rsid w:val="00247060"/>
    <w:rsid w:val="00250376"/>
    <w:rsid w:val="00274316"/>
    <w:rsid w:val="00285B00"/>
    <w:rsid w:val="002909A5"/>
    <w:rsid w:val="00290D3A"/>
    <w:rsid w:val="002955D7"/>
    <w:rsid w:val="0029639D"/>
    <w:rsid w:val="00297BB8"/>
    <w:rsid w:val="002A1F8C"/>
    <w:rsid w:val="002B0DA1"/>
    <w:rsid w:val="002B4E1D"/>
    <w:rsid w:val="002D214F"/>
    <w:rsid w:val="002D58AB"/>
    <w:rsid w:val="002D7E8F"/>
    <w:rsid w:val="002F056A"/>
    <w:rsid w:val="002F05E4"/>
    <w:rsid w:val="00302942"/>
    <w:rsid w:val="00304B49"/>
    <w:rsid w:val="003128EC"/>
    <w:rsid w:val="00312A9F"/>
    <w:rsid w:val="00326F90"/>
    <w:rsid w:val="0033625B"/>
    <w:rsid w:val="00340DC4"/>
    <w:rsid w:val="00361DDC"/>
    <w:rsid w:val="00362125"/>
    <w:rsid w:val="00363F8A"/>
    <w:rsid w:val="00371495"/>
    <w:rsid w:val="00372BDB"/>
    <w:rsid w:val="0038293A"/>
    <w:rsid w:val="00383B3E"/>
    <w:rsid w:val="00387223"/>
    <w:rsid w:val="00391757"/>
    <w:rsid w:val="0039446B"/>
    <w:rsid w:val="00395C57"/>
    <w:rsid w:val="00395EA5"/>
    <w:rsid w:val="003A30F0"/>
    <w:rsid w:val="003C56C0"/>
    <w:rsid w:val="003D1E9A"/>
    <w:rsid w:val="003F1952"/>
    <w:rsid w:val="003F7BBF"/>
    <w:rsid w:val="00402389"/>
    <w:rsid w:val="0040245D"/>
    <w:rsid w:val="00403DF0"/>
    <w:rsid w:val="00403E05"/>
    <w:rsid w:val="00406B68"/>
    <w:rsid w:val="00411BBC"/>
    <w:rsid w:val="0041364F"/>
    <w:rsid w:val="00415ACA"/>
    <w:rsid w:val="00441AEC"/>
    <w:rsid w:val="0045031A"/>
    <w:rsid w:val="0046129B"/>
    <w:rsid w:val="004629CD"/>
    <w:rsid w:val="004771E3"/>
    <w:rsid w:val="004922D8"/>
    <w:rsid w:val="0049407A"/>
    <w:rsid w:val="00496204"/>
    <w:rsid w:val="004A2897"/>
    <w:rsid w:val="004B3F00"/>
    <w:rsid w:val="004B52B0"/>
    <w:rsid w:val="004D19DF"/>
    <w:rsid w:val="004D304C"/>
    <w:rsid w:val="004D4F35"/>
    <w:rsid w:val="004E1573"/>
    <w:rsid w:val="004F1302"/>
    <w:rsid w:val="00503947"/>
    <w:rsid w:val="00512083"/>
    <w:rsid w:val="00513F20"/>
    <w:rsid w:val="0052197E"/>
    <w:rsid w:val="00525B8D"/>
    <w:rsid w:val="00527318"/>
    <w:rsid w:val="00542002"/>
    <w:rsid w:val="00542FB8"/>
    <w:rsid w:val="005607D7"/>
    <w:rsid w:val="0056586A"/>
    <w:rsid w:val="005826F0"/>
    <w:rsid w:val="00582A2E"/>
    <w:rsid w:val="00592C20"/>
    <w:rsid w:val="005C121F"/>
    <w:rsid w:val="005C5B95"/>
    <w:rsid w:val="005C781E"/>
    <w:rsid w:val="005D2652"/>
    <w:rsid w:val="005D2661"/>
    <w:rsid w:val="005E6F5E"/>
    <w:rsid w:val="005F6932"/>
    <w:rsid w:val="005F75A8"/>
    <w:rsid w:val="00611E13"/>
    <w:rsid w:val="006317F6"/>
    <w:rsid w:val="00642284"/>
    <w:rsid w:val="00650E8A"/>
    <w:rsid w:val="006550B7"/>
    <w:rsid w:val="006602D1"/>
    <w:rsid w:val="006651D3"/>
    <w:rsid w:val="006664E3"/>
    <w:rsid w:val="0068005E"/>
    <w:rsid w:val="00695B5B"/>
    <w:rsid w:val="006A3480"/>
    <w:rsid w:val="006B2D75"/>
    <w:rsid w:val="006B7C7A"/>
    <w:rsid w:val="006C4629"/>
    <w:rsid w:val="006D2FB1"/>
    <w:rsid w:val="006E4934"/>
    <w:rsid w:val="006F3CE9"/>
    <w:rsid w:val="006F6261"/>
    <w:rsid w:val="00702376"/>
    <w:rsid w:val="00706945"/>
    <w:rsid w:val="0071156E"/>
    <w:rsid w:val="007218F6"/>
    <w:rsid w:val="00740F68"/>
    <w:rsid w:val="007450CD"/>
    <w:rsid w:val="00747F15"/>
    <w:rsid w:val="007575F6"/>
    <w:rsid w:val="00786B9F"/>
    <w:rsid w:val="007A07E7"/>
    <w:rsid w:val="007A2C46"/>
    <w:rsid w:val="007A6D6F"/>
    <w:rsid w:val="007B393B"/>
    <w:rsid w:val="007B49D7"/>
    <w:rsid w:val="007B533F"/>
    <w:rsid w:val="007C17E2"/>
    <w:rsid w:val="007C5E75"/>
    <w:rsid w:val="007D4AD6"/>
    <w:rsid w:val="007D58BB"/>
    <w:rsid w:val="007D5ACD"/>
    <w:rsid w:val="007D73A2"/>
    <w:rsid w:val="007D74D1"/>
    <w:rsid w:val="007E7293"/>
    <w:rsid w:val="007F6F61"/>
    <w:rsid w:val="007F7331"/>
    <w:rsid w:val="007F7F3D"/>
    <w:rsid w:val="00811C06"/>
    <w:rsid w:val="00814B1B"/>
    <w:rsid w:val="00814EF4"/>
    <w:rsid w:val="00817758"/>
    <w:rsid w:val="008222FE"/>
    <w:rsid w:val="008236BB"/>
    <w:rsid w:val="00827BD6"/>
    <w:rsid w:val="0083116D"/>
    <w:rsid w:val="008364F0"/>
    <w:rsid w:val="00836AD4"/>
    <w:rsid w:val="00840AB4"/>
    <w:rsid w:val="00842A1A"/>
    <w:rsid w:val="00845B79"/>
    <w:rsid w:val="0085139F"/>
    <w:rsid w:val="00856ECB"/>
    <w:rsid w:val="00864769"/>
    <w:rsid w:val="008722A0"/>
    <w:rsid w:val="00873059"/>
    <w:rsid w:val="0087704A"/>
    <w:rsid w:val="00883598"/>
    <w:rsid w:val="00884327"/>
    <w:rsid w:val="0088467C"/>
    <w:rsid w:val="00890D75"/>
    <w:rsid w:val="008934CF"/>
    <w:rsid w:val="008A24CF"/>
    <w:rsid w:val="008B50F6"/>
    <w:rsid w:val="008B51EA"/>
    <w:rsid w:val="008C1098"/>
    <w:rsid w:val="008C5C8E"/>
    <w:rsid w:val="008E1D7B"/>
    <w:rsid w:val="008F25D6"/>
    <w:rsid w:val="008F62CD"/>
    <w:rsid w:val="008F6659"/>
    <w:rsid w:val="009014C8"/>
    <w:rsid w:val="00904040"/>
    <w:rsid w:val="00924FEB"/>
    <w:rsid w:val="009318ED"/>
    <w:rsid w:val="00941233"/>
    <w:rsid w:val="00950DBA"/>
    <w:rsid w:val="009569EA"/>
    <w:rsid w:val="00972989"/>
    <w:rsid w:val="00973B18"/>
    <w:rsid w:val="00985579"/>
    <w:rsid w:val="00994B64"/>
    <w:rsid w:val="00995FFA"/>
    <w:rsid w:val="009B0F77"/>
    <w:rsid w:val="009B11CA"/>
    <w:rsid w:val="009B5AD5"/>
    <w:rsid w:val="009B6533"/>
    <w:rsid w:val="009C18EF"/>
    <w:rsid w:val="009C782C"/>
    <w:rsid w:val="009D1F8B"/>
    <w:rsid w:val="009E79DD"/>
    <w:rsid w:val="00A06885"/>
    <w:rsid w:val="00A073A2"/>
    <w:rsid w:val="00A147C6"/>
    <w:rsid w:val="00A16EAB"/>
    <w:rsid w:val="00A50EE2"/>
    <w:rsid w:val="00A5112F"/>
    <w:rsid w:val="00A551E6"/>
    <w:rsid w:val="00A66D8B"/>
    <w:rsid w:val="00A67AEE"/>
    <w:rsid w:val="00A67E50"/>
    <w:rsid w:val="00A71BE9"/>
    <w:rsid w:val="00A76192"/>
    <w:rsid w:val="00A85295"/>
    <w:rsid w:val="00A91ACA"/>
    <w:rsid w:val="00AA1D8D"/>
    <w:rsid w:val="00AA25D0"/>
    <w:rsid w:val="00AB0CFB"/>
    <w:rsid w:val="00AC1670"/>
    <w:rsid w:val="00AD05DF"/>
    <w:rsid w:val="00AD63F8"/>
    <w:rsid w:val="00AE3814"/>
    <w:rsid w:val="00AF2B35"/>
    <w:rsid w:val="00AF6CF3"/>
    <w:rsid w:val="00B25BE6"/>
    <w:rsid w:val="00B43C70"/>
    <w:rsid w:val="00B47730"/>
    <w:rsid w:val="00B47C15"/>
    <w:rsid w:val="00B54A99"/>
    <w:rsid w:val="00B56724"/>
    <w:rsid w:val="00B571FB"/>
    <w:rsid w:val="00B7287D"/>
    <w:rsid w:val="00B81D85"/>
    <w:rsid w:val="00B84A0C"/>
    <w:rsid w:val="00BA61CC"/>
    <w:rsid w:val="00BB0D0E"/>
    <w:rsid w:val="00BC3578"/>
    <w:rsid w:val="00BC3FC6"/>
    <w:rsid w:val="00BC6E5B"/>
    <w:rsid w:val="00BD1B7D"/>
    <w:rsid w:val="00BD7275"/>
    <w:rsid w:val="00BE1F15"/>
    <w:rsid w:val="00BF0C78"/>
    <w:rsid w:val="00BF3A3D"/>
    <w:rsid w:val="00C059DB"/>
    <w:rsid w:val="00C07949"/>
    <w:rsid w:val="00C12090"/>
    <w:rsid w:val="00C240E3"/>
    <w:rsid w:val="00C310BC"/>
    <w:rsid w:val="00C426B1"/>
    <w:rsid w:val="00C4277E"/>
    <w:rsid w:val="00C44427"/>
    <w:rsid w:val="00C5371B"/>
    <w:rsid w:val="00C53BF8"/>
    <w:rsid w:val="00C611A4"/>
    <w:rsid w:val="00C62513"/>
    <w:rsid w:val="00C83B8B"/>
    <w:rsid w:val="00C939F7"/>
    <w:rsid w:val="00C946B3"/>
    <w:rsid w:val="00CA6B9E"/>
    <w:rsid w:val="00CA7183"/>
    <w:rsid w:val="00CA7C94"/>
    <w:rsid w:val="00CB0664"/>
    <w:rsid w:val="00CB0F12"/>
    <w:rsid w:val="00CC0FAB"/>
    <w:rsid w:val="00CC358E"/>
    <w:rsid w:val="00CC68A5"/>
    <w:rsid w:val="00CC6F52"/>
    <w:rsid w:val="00CD0A4D"/>
    <w:rsid w:val="00CD62E8"/>
    <w:rsid w:val="00CE27C3"/>
    <w:rsid w:val="00CE2E33"/>
    <w:rsid w:val="00CE70A5"/>
    <w:rsid w:val="00CF00F1"/>
    <w:rsid w:val="00D05336"/>
    <w:rsid w:val="00D06338"/>
    <w:rsid w:val="00D06FB6"/>
    <w:rsid w:val="00D3247D"/>
    <w:rsid w:val="00D347DA"/>
    <w:rsid w:val="00D50962"/>
    <w:rsid w:val="00D5155B"/>
    <w:rsid w:val="00D55158"/>
    <w:rsid w:val="00D56566"/>
    <w:rsid w:val="00D62D26"/>
    <w:rsid w:val="00D645D4"/>
    <w:rsid w:val="00D75FB3"/>
    <w:rsid w:val="00D94D43"/>
    <w:rsid w:val="00D96627"/>
    <w:rsid w:val="00DA0C43"/>
    <w:rsid w:val="00DA40C9"/>
    <w:rsid w:val="00DA6CA6"/>
    <w:rsid w:val="00DD36F2"/>
    <w:rsid w:val="00DD3EA8"/>
    <w:rsid w:val="00DF05BF"/>
    <w:rsid w:val="00DF156E"/>
    <w:rsid w:val="00E0721F"/>
    <w:rsid w:val="00E11119"/>
    <w:rsid w:val="00E1462F"/>
    <w:rsid w:val="00E1713E"/>
    <w:rsid w:val="00E45832"/>
    <w:rsid w:val="00E60DCD"/>
    <w:rsid w:val="00E72D75"/>
    <w:rsid w:val="00E7383C"/>
    <w:rsid w:val="00E75A6D"/>
    <w:rsid w:val="00E958A3"/>
    <w:rsid w:val="00EB2AEE"/>
    <w:rsid w:val="00EC488A"/>
    <w:rsid w:val="00ED20BA"/>
    <w:rsid w:val="00EE3638"/>
    <w:rsid w:val="00EE3C05"/>
    <w:rsid w:val="00EE7C65"/>
    <w:rsid w:val="00F0374F"/>
    <w:rsid w:val="00F226B4"/>
    <w:rsid w:val="00F248CC"/>
    <w:rsid w:val="00F273D0"/>
    <w:rsid w:val="00F37B74"/>
    <w:rsid w:val="00F40F7A"/>
    <w:rsid w:val="00F50F34"/>
    <w:rsid w:val="00F56418"/>
    <w:rsid w:val="00F565C4"/>
    <w:rsid w:val="00F7000F"/>
    <w:rsid w:val="00F747D4"/>
    <w:rsid w:val="00F92038"/>
    <w:rsid w:val="00F97847"/>
    <w:rsid w:val="00FA261F"/>
    <w:rsid w:val="00FA3E33"/>
    <w:rsid w:val="00FA7BA6"/>
    <w:rsid w:val="00FB157D"/>
    <w:rsid w:val="00FB28BB"/>
    <w:rsid w:val="00FB484B"/>
    <w:rsid w:val="00FC0353"/>
    <w:rsid w:val="00FC3429"/>
    <w:rsid w:val="00FC371A"/>
    <w:rsid w:val="00FC5476"/>
    <w:rsid w:val="00FC693F"/>
    <w:rsid w:val="00FF194E"/>
    <w:rsid w:val="00FF4A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30"/>
  <w15:docId w15:val="{B31AD85B-8F3F-4838-A2D5-1B05105A9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A2E"/>
    <w:rPr>
      <w:rFonts w:ascii="Segoe UI" w:hAnsi="Segoe UI"/>
      <w:sz w:val="24"/>
    </w:rPr>
  </w:style>
  <w:style w:type="paragraph" w:styleId="Heading1">
    <w:name w:val="heading 1"/>
    <w:basedOn w:val="Normal"/>
    <w:next w:val="Normal"/>
    <w:link w:val="Heading1Char"/>
    <w:uiPriority w:val="9"/>
    <w:qFormat/>
    <w:rsid w:val="009569EA"/>
    <w:pPr>
      <w:keepNext/>
      <w:keepLines/>
      <w:spacing w:before="480" w:after="0"/>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1C6130"/>
    <w:pPr>
      <w:keepNext/>
      <w:keepLines/>
      <w:spacing w:before="200" w:after="0"/>
      <w:outlineLvl w:val="1"/>
    </w:pPr>
    <w:rPr>
      <w:rFonts w:eastAsiaTheme="majorEastAsia" w:cstheme="majorBidi"/>
      <w:b/>
      <w:bCs/>
      <w:color w:val="000000" w:themeColor="text1"/>
      <w:szCs w:val="26"/>
    </w:rPr>
  </w:style>
  <w:style w:type="paragraph" w:styleId="Heading3">
    <w:name w:val="heading 3"/>
    <w:basedOn w:val="Normal"/>
    <w:next w:val="Normal"/>
    <w:link w:val="Heading3Char"/>
    <w:uiPriority w:val="9"/>
    <w:unhideWhenUsed/>
    <w:qFormat/>
    <w:rsid w:val="001C6130"/>
    <w:pPr>
      <w:keepNext/>
      <w:keepLines/>
      <w:spacing w:before="200" w:after="0"/>
      <w:outlineLvl w:val="2"/>
    </w:pPr>
    <w:rPr>
      <w:rFonts w:ascii="Segoe UI Semibold" w:eastAsiaTheme="majorEastAsia" w:hAnsi="Segoe UI Semibold" w:cstheme="majorBidi"/>
      <w:bCs/>
      <w:color w:val="000000" w:themeColor="tex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9569EA"/>
    <w:rPr>
      <w:rFonts w:ascii="Segoe UI" w:eastAsiaTheme="majorEastAsia" w:hAnsi="Segoe UI" w:cstheme="majorBidi"/>
      <w:b/>
      <w:bCs/>
      <w:sz w:val="24"/>
      <w:szCs w:val="28"/>
    </w:rPr>
  </w:style>
  <w:style w:type="character" w:customStyle="1" w:styleId="Heading2Char">
    <w:name w:val="Heading 2 Char"/>
    <w:basedOn w:val="DefaultParagraphFont"/>
    <w:link w:val="Heading2"/>
    <w:uiPriority w:val="9"/>
    <w:rsid w:val="001C6130"/>
    <w:rPr>
      <w:rFonts w:ascii="Segoe UI" w:eastAsiaTheme="majorEastAsia" w:hAnsi="Segoe UI" w:cstheme="majorBidi"/>
      <w:b/>
      <w:bCs/>
      <w:color w:val="000000" w:themeColor="text1"/>
      <w:sz w:val="24"/>
      <w:szCs w:val="26"/>
    </w:rPr>
  </w:style>
  <w:style w:type="character" w:customStyle="1" w:styleId="Heading3Char">
    <w:name w:val="Heading 3 Char"/>
    <w:basedOn w:val="DefaultParagraphFont"/>
    <w:link w:val="Heading3"/>
    <w:uiPriority w:val="9"/>
    <w:rsid w:val="001C6130"/>
    <w:rPr>
      <w:rFonts w:ascii="Segoe UI Semibold" w:eastAsiaTheme="majorEastAsia" w:hAnsi="Segoe UI Semibold" w:cstheme="majorBidi"/>
      <w:bCs/>
      <w:color w:val="000000" w:themeColor="text1"/>
      <w:sz w:val="24"/>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C240E3"/>
    <w:pPr>
      <w:spacing w:after="0" w:line="240" w:lineRule="auto"/>
    </w:pPr>
    <w:rPr>
      <w:rFonts w:ascii="Segoe UI" w:hAnsi="Segoe UI"/>
      <w:sz w:val="24"/>
    </w:rPr>
  </w:style>
  <w:style w:type="paragraph" w:customStyle="1" w:styleId="Bold">
    <w:name w:val="Bold"/>
    <w:basedOn w:val="Normal"/>
    <w:qFormat/>
    <w:rsid w:val="00883598"/>
    <w:pPr>
      <w:pBdr>
        <w:top w:val="single" w:sz="18" w:space="1" w:color="000000"/>
      </w:pBdr>
      <w:spacing w:after="0" w:line="240" w:lineRule="auto"/>
    </w:pPr>
    <w:rPr>
      <w:rFonts w:eastAsia="Times New Roman" w:cs="Times New Roman"/>
      <w:b/>
    </w:rPr>
  </w:style>
  <w:style w:type="character" w:styleId="CommentReference">
    <w:name w:val="annotation reference"/>
    <w:basedOn w:val="DefaultParagraphFont"/>
    <w:uiPriority w:val="99"/>
    <w:semiHidden/>
    <w:unhideWhenUsed/>
    <w:rsid w:val="00C4277E"/>
    <w:rPr>
      <w:sz w:val="16"/>
      <w:szCs w:val="16"/>
    </w:rPr>
  </w:style>
  <w:style w:type="paragraph" w:styleId="CommentText">
    <w:name w:val="annotation text"/>
    <w:basedOn w:val="Normal"/>
    <w:link w:val="CommentTextChar"/>
    <w:uiPriority w:val="99"/>
    <w:unhideWhenUsed/>
    <w:rsid w:val="00C4277E"/>
    <w:pPr>
      <w:spacing w:line="240" w:lineRule="auto"/>
    </w:pPr>
    <w:rPr>
      <w:sz w:val="20"/>
      <w:szCs w:val="20"/>
    </w:rPr>
  </w:style>
  <w:style w:type="character" w:customStyle="1" w:styleId="CommentTextChar">
    <w:name w:val="Comment Text Char"/>
    <w:basedOn w:val="DefaultParagraphFont"/>
    <w:link w:val="CommentText"/>
    <w:uiPriority w:val="99"/>
    <w:rsid w:val="00C4277E"/>
    <w:rPr>
      <w:rFonts w:ascii="Segoe UI" w:hAnsi="Segoe UI"/>
      <w:sz w:val="20"/>
      <w:szCs w:val="20"/>
    </w:rPr>
  </w:style>
  <w:style w:type="paragraph" w:styleId="CommentSubject">
    <w:name w:val="annotation subject"/>
    <w:basedOn w:val="CommentText"/>
    <w:next w:val="CommentText"/>
    <w:link w:val="CommentSubjectChar"/>
    <w:uiPriority w:val="99"/>
    <w:semiHidden/>
    <w:unhideWhenUsed/>
    <w:rsid w:val="00C4277E"/>
    <w:rPr>
      <w:b/>
      <w:bCs/>
    </w:rPr>
  </w:style>
  <w:style w:type="character" w:customStyle="1" w:styleId="CommentSubjectChar">
    <w:name w:val="Comment Subject Char"/>
    <w:basedOn w:val="CommentTextChar"/>
    <w:link w:val="CommentSubject"/>
    <w:uiPriority w:val="99"/>
    <w:semiHidden/>
    <w:rsid w:val="00C4277E"/>
    <w:rPr>
      <w:rFonts w:ascii="Segoe UI" w:hAnsi="Segoe U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A52B909618A54B93D8E37177F19499" ma:contentTypeVersion="" ma:contentTypeDescription="Create a new document." ma:contentTypeScope="" ma:versionID="db14f8ec6dc8a7f78f99b09dc831a147">
  <xsd:schema xmlns:xsd="http://www.w3.org/2001/XMLSchema" xmlns:xs="http://www.w3.org/2001/XMLSchema" xmlns:p="http://schemas.microsoft.com/office/2006/metadata/properties" xmlns:ns2="9be45946-6cd7-45f2-a16c-cedb200dd724" xmlns:ns3="334fdc54-1593-429c-af4c-e082cd9a4fdc" targetNamespace="http://schemas.microsoft.com/office/2006/metadata/properties" ma:root="true" ma:fieldsID="2fe2122bfefc10ce57ef3e9e8d0c68a0" ns2:_="" ns3:_="">
    <xsd:import namespace="9be45946-6cd7-45f2-a16c-cedb200dd724"/>
    <xsd:import namespace="334fdc54-1593-429c-af4c-e082cd9a4f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e45946-6cd7-45f2-a16c-cedb200dd7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5b0bd30-7773-4256-827c-a5e496076b8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pprovalAssignedTo" ma:index="23"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4"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5"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6"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34fdc54-1593-429c-af4c-e082cd9a4fd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5d7fd0d-999b-4cd2-8155-3099d82ae547}" ma:internalName="TaxCatchAll" ma:showField="CatchAllData" ma:web="334fdc54-1593-429c-af4c-e082cd9a4fd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34fdc54-1593-429c-af4c-e082cd9a4fdc" xsi:nil="true"/>
    <lcf76f155ced4ddcb4097134ff3c332f xmlns="9be45946-6cd7-45f2-a16c-cedb200dd724">
      <Terms xmlns="http://schemas.microsoft.com/office/infopath/2007/PartnerControls"/>
    </lcf76f155ced4ddcb4097134ff3c332f>
    <_ApprovalAssignedTo xmlns="9be45946-6cd7-45f2-a16c-cedb200dd724">
      <UserInfo>
        <DisplayName/>
        <AccountId xsi:nil="true"/>
        <AccountType/>
      </UserInfo>
    </_ApprovalAssignedTo>
    <_ApprovalRespondedBy xmlns="9be45946-6cd7-45f2-a16c-cedb200dd724">
      <UserInfo>
        <DisplayName/>
        <AccountId xsi:nil="true"/>
        <AccountType/>
      </UserInfo>
    </_ApprovalRespondedBy>
    <_ApprovalStatus xmlns="9be45946-6cd7-45f2-a16c-cedb200dd724">0</_ApprovalStatus>
    <_ApprovalSentBy xmlns="9be45946-6cd7-45f2-a16c-cedb200dd724">
      <UserInfo>
        <DisplayName/>
        <AccountId xsi:nil="true"/>
        <AccountType/>
      </UserInfo>
    </_ApprovalSentBy>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23E8AA-63CC-46B3-B264-E1C1695501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e45946-6cd7-45f2-a16c-cedb200dd724"/>
    <ds:schemaRef ds:uri="334fdc54-1593-429c-af4c-e082cd9a4f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D9CE28-5B8A-4259-B10C-59E4BDDD4FEC}">
  <ds:schemaRefs>
    <ds:schemaRef ds:uri="http://schemas.microsoft.com/office/2006/metadata/properties"/>
    <ds:schemaRef ds:uri="http://schemas.microsoft.com/office/infopath/2007/PartnerControls"/>
    <ds:schemaRef ds:uri="334fdc54-1593-429c-af4c-e082cd9a4fdc"/>
    <ds:schemaRef ds:uri="9be45946-6cd7-45f2-a16c-cedb200dd724"/>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E3AA4014-187D-4A0C-B0A2-4CF5D1FD9B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754</TotalTime>
  <Pages>19</Pages>
  <Words>3168</Words>
  <Characters>17650</Characters>
  <Application>Microsoft Office Word</Application>
  <DocSecurity>0</DocSecurity>
  <Lines>418</Lines>
  <Paragraphs>238</Paragraphs>
  <ScaleCrop>false</ScaleCrop>
  <HeadingPairs>
    <vt:vector size="2" baseType="variant">
      <vt:variant>
        <vt:lpstr>Title</vt:lpstr>
      </vt:variant>
      <vt:variant>
        <vt:i4>1</vt:i4>
      </vt:variant>
    </vt:vector>
  </HeadingPairs>
  <TitlesOfParts>
    <vt:vector size="1" baseType="lpstr">
      <vt:lpstr>ADA MINUTES TEMPLATE</vt:lpstr>
    </vt:vector>
  </TitlesOfParts>
  <Manager/>
  <Company/>
  <LinksUpToDate>false</LinksUpToDate>
  <CharactersWithSpaces>20720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 MINUTES TEMPLATE</dc:title>
  <dc:subject/>
  <dc:creator>GSchmitz@bluespringsgov.com;eford@bluespringsgov.com;mrodgers@bluespringsgov.com</dc:creator>
  <cp:keywords/>
  <dc:description/>
  <cp:lastModifiedBy>Megan Rodgers</cp:lastModifiedBy>
  <cp:revision>24</cp:revision>
  <cp:lastPrinted>2026-07-21T14:15:00Z</cp:lastPrinted>
  <dcterms:created xsi:type="dcterms:W3CDTF">2026-04-03T15:30:00Z</dcterms:created>
  <dcterms:modified xsi:type="dcterms:W3CDTF">2026-07-21T14:15:00Z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0x01010007A52B909618A54B93D8E37177F19499</vt:lpwstr>
  </property>
  <property fmtid="{D5CDD505-2E9C-101B-9397-08002B2CF9AE}" pid="3" name="MediaServiceImageTags">
    <vt:lpwstr/>
  </property>
</Properties>
</file>